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i w:val="0"/>
          <w:color w:val="3D4A5C"/>
          <w:sz w:val="20"/>
        </w:rPr>
        <w:t>Physique-chimie 3e · Chapitre 10 — Gravitation et poids</w:t>
      </w:r>
    </w:p>
    <w:p>
      <w:pPr>
        <w:pStyle w:val="Title"/>
      </w:pPr>
      <w:r>
        <w:rPr>
          <w:b/>
          <w:i w:val="0"/>
          <w:color w:val="1E3A5F"/>
          <w:sz w:val="40"/>
        </w:rPr>
        <w:t>Activité documentaire — Pourquoi les astronautes sautent-ils si haut sur la Lune ?</w:t>
      </w:r>
    </w:p>
    <w:p>
      <w:r>
        <w:rPr>
          <w:b w:val="0"/>
          <w:i w:val="0"/>
          <w:sz w:val="22"/>
        </w:rPr>
        <w:t>Nom : ……………………………… Prénom : ……………………… Classe : 3e…… Date : ……………</w:t>
      </w:r>
    </w:p>
    <w:p>
      <w:pPr>
        <w:spacing w:after="80"/>
      </w:pPr>
      <w:r>
        <w:rPr>
          <w:b w:val="0"/>
          <w:i w:val="0"/>
          <w:sz w:val="24"/>
        </w:rPr>
        <w:t>Sur les images des missions Apollo, les astronautes bondissent avec leurs lourdes combinaisons. Ont-ils perdu de la masse en route ?</w:t>
      </w:r>
    </w:p>
    <w:p>
      <w:pPr>
        <w:pStyle w:val="Heading2"/>
      </w:pPr>
      <w:r>
        <w:rPr>
          <w:b/>
          <w:i w:val="0"/>
          <w:color w:val="1E3A5F"/>
          <w:sz w:val="28"/>
        </w:rPr>
        <w:t>Document 1 — La gravitation universelle</w:t>
      </w:r>
    </w:p>
    <w:p>
      <w:pPr>
        <w:spacing w:after="80"/>
      </w:pPr>
      <w:r>
        <w:rPr>
          <w:b w:val="0"/>
          <w:i w:val="0"/>
          <w:sz w:val="24"/>
        </w:rPr>
        <w:t xml:space="preserve">En 1687, Isaac Newton propose que </w:t>
      </w:r>
      <w:r>
        <w:rPr>
          <w:b/>
          <w:i w:val="0"/>
          <w:sz w:val="24"/>
        </w:rPr>
        <w:t>tous les objets</w:t>
      </w:r>
      <w:r>
        <w:rPr>
          <w:b w:val="0"/>
          <w:i w:val="0"/>
          <w:sz w:val="24"/>
        </w:rPr>
        <w:t xml:space="preserve"> qui ont une masse s'attirent : c'est l'</w:t>
      </w:r>
      <w:r>
        <w:rPr>
          <w:b/>
          <w:i w:val="0"/>
          <w:sz w:val="24"/>
        </w:rPr>
        <w:t>interaction gravitationnelle</w:t>
      </w:r>
      <w:r>
        <w:rPr>
          <w:b w:val="0"/>
          <w:i w:val="0"/>
          <w:sz w:val="24"/>
        </w:rPr>
        <w:t>. Elle est d'autant plus forte que les masses sont grandes et que les objets sont proches. C'est elle qui retient la Lune autour de la Terre et les planètes autour du Soleil.</w:t>
      </w:r>
    </w:p>
    <w:p>
      <w:pPr>
        <w:pStyle w:val="Heading2"/>
      </w:pPr>
      <w:r>
        <w:rPr>
          <w:b/>
          <w:i w:val="0"/>
          <w:color w:val="1E3A5F"/>
          <w:sz w:val="28"/>
        </w:rPr>
        <w:t>Document 2 — Masse et poids</w:t>
      </w:r>
    </w:p>
    <w:p>
      <w:pPr>
        <w:spacing w:after="80"/>
      </w:pPr>
      <w:r>
        <w:rPr>
          <w:b w:val="0"/>
          <w:i w:val="0"/>
          <w:sz w:val="24"/>
        </w:rPr>
        <w:t xml:space="preserve">La </w:t>
      </w:r>
      <w:r>
        <w:rPr>
          <w:b/>
          <w:i w:val="0"/>
          <w:sz w:val="24"/>
        </w:rPr>
        <w:t>masse</w:t>
      </w:r>
      <w:r>
        <w:rPr>
          <w:b w:val="0"/>
          <w:i w:val="0"/>
          <w:sz w:val="24"/>
        </w:rPr>
        <w:t xml:space="preserve"> d'un objet mesure la quantité de matière ; elle s'exprime en kilogrammes et ne dépend pas du lieu. Le </w:t>
      </w:r>
      <w:r>
        <w:rPr>
          <w:b/>
          <w:i w:val="0"/>
          <w:sz w:val="24"/>
        </w:rPr>
        <w:t>poids</w:t>
      </w:r>
      <w:r>
        <w:rPr>
          <w:b w:val="0"/>
          <w:i w:val="0"/>
          <w:sz w:val="24"/>
        </w:rPr>
        <w:t xml:space="preserve"> est la force d'attraction exercée par l'astre sur l'objet ; il s'exprime en newtons et dépend de l'astre.</w:t>
      </w:r>
    </w:p>
    <w:p>
      <w:pPr>
        <w:spacing w:after="80"/>
      </w:pPr>
    </w:p>
    <w:p>
      <w:pPr>
        <w:spacing w:after="80"/>
      </w:pPr>
    </w:p>
    <w:p>
      <w:pPr>
        <w:pStyle w:val="Heading2"/>
      </w:pPr>
      <w:r>
        <w:rPr>
          <w:b/>
          <w:i w:val="0"/>
          <w:color w:val="1E3A5F"/>
          <w:sz w:val="28"/>
        </w:rPr>
        <w:t>Document 3 — Sur la Lune</w:t>
      </w:r>
    </w:p>
    <w:p>
      <w:pPr>
        <w:spacing w:after="80"/>
      </w:pPr>
      <w:r>
        <w:rPr>
          <w:b w:val="0"/>
          <w:i w:val="0"/>
          <w:sz w:val="24"/>
        </w:rPr>
        <w:t xml:space="preserve">Sur la Lune, l'attraction est environ </w:t>
      </w:r>
      <w:r>
        <w:rPr>
          <w:b/>
          <w:i w:val="0"/>
          <w:sz w:val="24"/>
        </w:rPr>
        <w:t>6 fois plus faible</w:t>
      </w:r>
      <w:r>
        <w:rPr>
          <w:b w:val="0"/>
          <w:i w:val="0"/>
          <w:sz w:val="24"/>
        </w:rPr>
        <w:t xml:space="preserve"> que sur Terre. Un astronaute et sa combinaison, de masse totale 165 kg, ont un poids d'environ 1 600 N sur Terre mais seulement 260 N environ sur la Lune.</w:t>
      </w:r>
    </w:p>
    <w:p>
      <w:pPr>
        <w:pStyle w:val="Heading1"/>
      </w:pPr>
      <w:r>
        <w:rPr>
          <w:b/>
          <w:i w:val="0"/>
          <w:color w:val="1E3A5F"/>
          <w:sz w:val="32"/>
        </w:rPr>
        <w:t>Questions</w:t>
      </w:r>
    </w:p>
    <w:p>
      <w:r>
        <w:rPr>
          <w:b/>
          <w:i w:val="0"/>
          <w:sz w:val="24"/>
        </w:rPr>
        <w:t xml:space="preserve">1. </w:t>
      </w:r>
      <w:r>
        <w:rPr>
          <w:b w:val="0"/>
          <w:i w:val="0"/>
          <w:sz w:val="24"/>
        </w:rPr>
        <w:t>Qu'est-ce que l'interaction gravitationnelle ? De quoi dépend-elle ?</w:t>
      </w:r>
    </w:p>
    <w:p>
      <w:r>
        <w:rPr>
          <w:color w:val="999999"/>
          <w:sz w:val="20"/>
        </w:rPr>
        <w:t>.........................................................................................................</w:t>
      </w:r>
    </w:p>
    <w:p>
      <w:r>
        <w:rPr>
          <w:color w:val="999999"/>
          <w:sz w:val="20"/>
        </w:rPr>
        <w:t>.........................................................................................................</w:t>
      </w:r>
    </w:p>
    <w:p>
      <w:r>
        <w:rPr>
          <w:color w:val="999999"/>
          <w:sz w:val="20"/>
        </w:rPr>
        <w:t>.........................................................................................................</w:t>
      </w:r>
    </w:p>
    <w:p>
      <w:r>
        <w:rPr>
          <w:b/>
          <w:i w:val="0"/>
          <w:sz w:val="24"/>
        </w:rPr>
        <w:t xml:space="preserve">2. </w:t>
      </w:r>
      <w:r>
        <w:rPr>
          <w:b w:val="0"/>
          <w:i w:val="0"/>
          <w:sz w:val="24"/>
        </w:rPr>
        <w:t>Quelle est la différence entre masse et poids ? Donne leurs unités et leurs instruments de mesure.</w:t>
      </w:r>
    </w:p>
    <w:p>
      <w:r>
        <w:rPr>
          <w:color w:val="999999"/>
          <w:sz w:val="20"/>
        </w:rPr>
        <w:t>.........................................................................................................</w:t>
      </w:r>
    </w:p>
    <w:p>
      <w:r>
        <w:rPr>
          <w:color w:val="999999"/>
          <w:sz w:val="20"/>
        </w:rPr>
        <w:t>.........................................................................................................</w:t>
      </w:r>
    </w:p>
    <w:p>
      <w:r>
        <w:rPr>
          <w:color w:val="999999"/>
          <w:sz w:val="20"/>
        </w:rPr>
        <w:t>.........................................................................................................</w:t>
      </w:r>
    </w:p>
    <w:p>
      <w:r>
        <w:rPr>
          <w:b/>
          <w:i w:val="0"/>
          <w:sz w:val="24"/>
        </w:rPr>
        <w:t xml:space="preserve">3. </w:t>
      </w:r>
      <w:r>
        <w:rPr>
          <w:b w:val="0"/>
          <w:i w:val="0"/>
          <w:sz w:val="24"/>
        </w:rPr>
        <w:t>La masse de l'astronaute change-t-elle sur la Lune ? Et son poids ?</w:t>
      </w:r>
    </w:p>
    <w:p>
      <w:r>
        <w:rPr>
          <w:color w:val="999999"/>
          <w:sz w:val="20"/>
        </w:rPr>
        <w:t>.........................................................................................................</w:t>
      </w:r>
    </w:p>
    <w:p>
      <w:r>
        <w:rPr>
          <w:color w:val="999999"/>
          <w:sz w:val="20"/>
        </w:rPr>
        <w:t>.........................................................................................................</w:t>
      </w:r>
    </w:p>
    <w:p>
      <w:r>
        <w:rPr>
          <w:color w:val="999999"/>
          <w:sz w:val="20"/>
        </w:rPr>
        <w:t>.........................................................................................................</w:t>
      </w:r>
    </w:p>
    <w:p>
      <w:r>
        <w:rPr>
          <w:b/>
          <w:i w:val="0"/>
          <w:sz w:val="24"/>
        </w:rPr>
        <w:t xml:space="preserve">4. </w:t>
      </w:r>
      <w:r>
        <w:rPr>
          <w:b w:val="0"/>
          <w:i w:val="0"/>
          <w:sz w:val="24"/>
        </w:rPr>
        <w:t>Explique pourquoi l'astronaute peut sauter plus haut sur la Lune.</w:t>
      </w:r>
    </w:p>
    <w:p>
      <w:r>
        <w:rPr>
          <w:color w:val="999999"/>
          <w:sz w:val="20"/>
        </w:rPr>
        <w:t>.........................................................................................................</w:t>
      </w:r>
    </w:p>
    <w:p>
      <w:r>
        <w:rPr>
          <w:color w:val="999999"/>
          <w:sz w:val="20"/>
        </w:rPr>
        <w:t>.........................................................................................................</w:t>
      </w:r>
    </w:p>
    <w:p>
      <w:r>
        <w:rPr>
          <w:color w:val="999999"/>
          <w:sz w:val="20"/>
        </w:rPr>
        <w:t>.........................................................................................................</w:t>
      </w:r>
    </w:p>
    <w:p>
      <w:r>
        <w:rPr>
          <w:b/>
          <w:i w:val="0"/>
          <w:sz w:val="24"/>
        </w:rPr>
        <w:t xml:space="preserve">5. </w:t>
      </w:r>
      <w:r>
        <w:rPr>
          <w:b w:val="0"/>
          <w:i w:val="0"/>
          <w:sz w:val="24"/>
        </w:rPr>
        <w:t>La Lune attire-t-elle aussi la Terre ? Justifie.</w:t>
      </w:r>
    </w:p>
    <w:p>
      <w:r>
        <w:rPr>
          <w:color w:val="999999"/>
          <w:sz w:val="20"/>
        </w:rPr>
        <w:t>.........................................................................................................</w:t>
      </w:r>
    </w:p>
    <w:p>
      <w:r>
        <w:rPr>
          <w:color w:val="999999"/>
          <w:sz w:val="20"/>
        </w:rPr>
        <w:t>.........................................................................................................</w:t>
      </w:r>
    </w:p>
    <w:p>
      <w:r>
        <w:rPr>
          <w:color w:val="999999"/>
          <w:sz w:val="20"/>
        </w:rPr>
        <w:t>.........................................................................................................</w:t>
      </w:r>
    </w:p>
    <w:p>
      <w:r>
        <w:br w:type="page"/>
      </w:r>
    </w:p>
    <w:p>
      <w:r>
        <w:rPr>
          <w:b w:val="0"/>
          <w:i w:val="0"/>
          <w:color w:val="3D4A5C"/>
          <w:sz w:val="20"/>
        </w:rPr>
        <w:t>Physique-chimie 3e · Chapitre 10 — Gravitation et poids</w:t>
      </w:r>
    </w:p>
    <w:p>
      <w:pPr>
        <w:pStyle w:val="Title"/>
      </w:pPr>
      <w:r>
        <w:rPr>
          <w:b/>
          <w:i w:val="0"/>
          <w:color w:val="1E3A5F"/>
          <w:sz w:val="40"/>
        </w:rPr>
        <w:t>Fiche d’exercices</w:t>
      </w:r>
    </w:p>
    <w:p>
      <w:r>
        <w:rPr>
          <w:b w:val="0"/>
          <w:i w:val="0"/>
          <w:sz w:val="22"/>
        </w:rPr>
        <w:t>Nom : ……………………………… Prénom : ……………………… Classe : 3e…… Date : ……………</w:t>
      </w:r>
    </w:p>
    <w:p>
      <w:pPr>
        <w:pStyle w:val="Heading1"/>
      </w:pPr>
      <w:r>
        <w:rPr>
          <w:b/>
          <w:i w:val="0"/>
          <w:color w:val="1E3A5F"/>
          <w:sz w:val="32"/>
        </w:rPr>
        <w:t>Premiers pas (très guidés)</w:t>
      </w:r>
    </w:p>
    <w:p>
      <w:pPr>
        <w:pStyle w:val="Heading2"/>
      </w:pPr>
      <w:r>
        <w:rPr>
          <w:b/>
          <w:i w:val="0"/>
          <w:color w:val="1E3A5F"/>
          <w:sz w:val="28"/>
        </w:rPr>
        <w:t>PP1 · Masse ou poids ? — Premiers pas</w:t>
      </w:r>
    </w:p>
    <w:p>
      <w:pPr>
        <w:spacing w:after="80"/>
      </w:pPr>
      <w:r>
        <w:rPr>
          <w:b w:val="0"/>
          <w:i w:val="0"/>
          <w:sz w:val="24"/>
        </w:rPr>
        <w:t xml:space="preserve">Complète avec « masse » ou « poids ». </w:t>
      </w:r>
      <w:r>
        <w:rPr>
          <w:b w:val="0"/>
          <w:i w:val="0"/>
          <w:sz w:val="24"/>
        </w:rPr>
        <w:t>Aide : la masse en kg, le poids en N.</w:t>
      </w:r>
    </w:p>
    <w:p>
      <w:r>
        <w:rPr>
          <w:b/>
          <w:i w:val="0"/>
          <w:sz w:val="24"/>
        </w:rPr>
        <w:t xml:space="preserve">a) </w:t>
      </w:r>
      <w:r>
        <w:rPr>
          <w:b w:val="0"/>
          <w:i w:val="0"/>
          <w:sz w:val="24"/>
        </w:rPr>
        <w:t>Le …………… d'un sac est de 49 N.</w:t>
      </w:r>
    </w:p>
    <w:p>
      <w:r>
        <w:rPr>
          <w:color w:val="999999"/>
          <w:sz w:val="20"/>
        </w:rPr>
        <w:t>.........................................................................................................</w:t>
      </w:r>
    </w:p>
    <w:p>
      <w:r>
        <w:rPr>
          <w:color w:val="999999"/>
          <w:sz w:val="20"/>
        </w:rPr>
        <w:t>.........................................................................................................</w:t>
      </w:r>
    </w:p>
    <w:p>
      <w:r>
        <w:rPr>
          <w:b/>
          <w:i w:val="0"/>
          <w:sz w:val="24"/>
        </w:rPr>
        <w:t xml:space="preserve">b) </w:t>
      </w:r>
      <w:r>
        <w:rPr>
          <w:b w:val="0"/>
          <w:i w:val="0"/>
          <w:sz w:val="24"/>
        </w:rPr>
        <w:t>La …………… d'un sac est de 5 kg.</w:t>
      </w:r>
    </w:p>
    <w:p>
      <w:r>
        <w:rPr>
          <w:color w:val="999999"/>
          <w:sz w:val="20"/>
        </w:rPr>
        <w:t>.........................................................................................................</w:t>
      </w:r>
    </w:p>
    <w:p>
      <w:r>
        <w:rPr>
          <w:color w:val="999999"/>
          <w:sz w:val="20"/>
        </w:rPr>
        <w:t>.........................................................................................................</w:t>
      </w:r>
    </w:p>
    <w:p>
      <w:r>
        <w:rPr>
          <w:b/>
          <w:i w:val="0"/>
          <w:sz w:val="24"/>
        </w:rPr>
        <w:t xml:space="preserve">c) </w:t>
      </w:r>
      <w:r>
        <w:rPr>
          <w:b w:val="0"/>
          <w:i w:val="0"/>
          <w:sz w:val="24"/>
        </w:rPr>
        <w:t>Sur la Lune, la …………… ne change pas mais le …………… diminue.</w:t>
      </w:r>
    </w:p>
    <w:p>
      <w:r>
        <w:rPr>
          <w:color w:val="999999"/>
          <w:sz w:val="20"/>
        </w:rPr>
        <w:t>.........................................................................................................</w:t>
      </w:r>
    </w:p>
    <w:p>
      <w:r>
        <w:rPr>
          <w:color w:val="999999"/>
          <w:sz w:val="20"/>
        </w:rPr>
        <w:t>.........................................................................................................</w:t>
      </w:r>
    </w:p>
    <w:p>
      <w:pPr>
        <w:pStyle w:val="Heading2"/>
      </w:pPr>
      <w:r>
        <w:rPr>
          <w:b/>
          <w:i w:val="0"/>
          <w:color w:val="1E3A5F"/>
          <w:sz w:val="28"/>
        </w:rPr>
        <w:t>PP2 · Calculer un poids pas à pas — Premiers pas</w:t>
      </w:r>
    </w:p>
    <w:p>
      <w:pPr>
        <w:spacing w:after="80"/>
      </w:pPr>
      <w:r>
        <w:rPr>
          <w:b w:val="0"/>
          <w:i w:val="0"/>
          <w:sz w:val="24"/>
        </w:rPr>
        <w:t xml:space="preserve">Un cartable a une masse de 4 kg. </w:t>
      </w:r>
      <w:r>
        <w:rPr>
          <w:b w:val="0"/>
          <w:i w:val="0"/>
          <w:sz w:val="24"/>
        </w:rPr>
        <w:t>Aide : P = m × g avec g = 9,8 N/kg.</w:t>
      </w:r>
    </w:p>
    <w:p>
      <w:r>
        <w:rPr>
          <w:b/>
          <w:i w:val="0"/>
          <w:sz w:val="24"/>
        </w:rPr>
        <w:t xml:space="preserve">a) </w:t>
      </w:r>
      <w:r>
        <w:rPr>
          <w:b w:val="0"/>
          <w:i w:val="0"/>
          <w:sz w:val="24"/>
        </w:rPr>
        <w:t>Écris la relation.</w:t>
      </w:r>
    </w:p>
    <w:p>
      <w:r>
        <w:rPr>
          <w:color w:val="999999"/>
          <w:sz w:val="20"/>
        </w:rPr>
        <w:t>.........................................................................................................</w:t>
      </w:r>
    </w:p>
    <w:p>
      <w:r>
        <w:rPr>
          <w:color w:val="999999"/>
          <w:sz w:val="20"/>
        </w:rPr>
        <w:t>.........................................................................................................</w:t>
      </w:r>
    </w:p>
    <w:p>
      <w:r>
        <w:rPr>
          <w:b/>
          <w:i w:val="0"/>
          <w:sz w:val="24"/>
        </w:rPr>
        <w:t xml:space="preserve">b) </w:t>
      </w:r>
      <w:r>
        <w:rPr>
          <w:b w:val="0"/>
          <w:i w:val="0"/>
          <w:sz w:val="24"/>
        </w:rPr>
        <w:t>Remplace m et g par leurs valeurs.</w:t>
      </w:r>
    </w:p>
    <w:p>
      <w:r>
        <w:rPr>
          <w:color w:val="999999"/>
          <w:sz w:val="20"/>
        </w:rPr>
        <w:t>.........................................................................................................</w:t>
      </w:r>
    </w:p>
    <w:p>
      <w:r>
        <w:rPr>
          <w:color w:val="999999"/>
          <w:sz w:val="20"/>
        </w:rPr>
        <w:t>.........................................................................................................</w:t>
      </w:r>
    </w:p>
    <w:p>
      <w:r>
        <w:rPr>
          <w:b/>
          <w:i w:val="0"/>
          <w:sz w:val="24"/>
        </w:rPr>
        <w:t xml:space="preserve">c) </w:t>
      </w:r>
      <w:r>
        <w:rPr>
          <w:b w:val="0"/>
          <w:i w:val="0"/>
          <w:sz w:val="24"/>
        </w:rPr>
        <w:t>Calcule P avec son unité.</w:t>
      </w:r>
    </w:p>
    <w:p>
      <w:r>
        <w:rPr>
          <w:color w:val="999999"/>
          <w:sz w:val="20"/>
        </w:rPr>
        <w:t>.........................................................................................................</w:t>
      </w:r>
    </w:p>
    <w:p>
      <w:r>
        <w:rPr>
          <w:color w:val="999999"/>
          <w:sz w:val="20"/>
        </w:rPr>
        <w:t>.........................................................................................................</w:t>
      </w:r>
    </w:p>
    <w:p>
      <w:pPr>
        <w:pStyle w:val="Heading2"/>
      </w:pPr>
      <w:r>
        <w:rPr>
          <w:b/>
          <w:i w:val="0"/>
          <w:color w:val="1E3A5F"/>
          <w:sz w:val="28"/>
        </w:rPr>
        <w:t>PP3 · Masse en grammes — Premiers pas</w:t>
      </w:r>
    </w:p>
    <w:p>
      <w:pPr>
        <w:spacing w:after="80"/>
      </w:pPr>
      <w:r>
        <w:rPr>
          <w:b w:val="0"/>
          <w:i w:val="0"/>
          <w:sz w:val="24"/>
        </w:rPr>
        <w:t xml:space="preserve">Une pomme a une masse de 150 g. </w:t>
      </w:r>
      <w:r>
        <w:rPr>
          <w:b w:val="0"/>
          <w:i w:val="0"/>
          <w:sz w:val="24"/>
        </w:rPr>
        <w:t>Aide : 1 kg = 1 000 g ; m doit être en kg.</w:t>
      </w:r>
    </w:p>
    <w:p>
      <w:r>
        <w:rPr>
          <w:b/>
          <w:i w:val="0"/>
          <w:sz w:val="24"/>
        </w:rPr>
        <w:t xml:space="preserve">a) </w:t>
      </w:r>
      <w:r>
        <w:rPr>
          <w:b w:val="0"/>
          <w:i w:val="0"/>
          <w:sz w:val="24"/>
        </w:rPr>
        <w:t>Convertis 150 g en kg.</w:t>
      </w:r>
    </w:p>
    <w:p>
      <w:r>
        <w:rPr>
          <w:color w:val="999999"/>
          <w:sz w:val="20"/>
        </w:rPr>
        <w:t>.........................................................................................................</w:t>
      </w:r>
    </w:p>
    <w:p>
      <w:r>
        <w:rPr>
          <w:color w:val="999999"/>
          <w:sz w:val="20"/>
        </w:rPr>
        <w:t>.........................................................................................................</w:t>
      </w:r>
    </w:p>
    <w:p>
      <w:r>
        <w:rPr>
          <w:b/>
          <w:i w:val="0"/>
          <w:sz w:val="24"/>
        </w:rPr>
        <w:t xml:space="preserve">b) </w:t>
      </w:r>
      <w:r>
        <w:rPr>
          <w:b w:val="0"/>
          <w:i w:val="0"/>
          <w:sz w:val="24"/>
        </w:rPr>
        <w:t>Calcule son poids sur Terre.</w:t>
      </w:r>
    </w:p>
    <w:p>
      <w:r>
        <w:rPr>
          <w:color w:val="999999"/>
          <w:sz w:val="20"/>
        </w:rPr>
        <w:t>.........................................................................................................</w:t>
      </w:r>
    </w:p>
    <w:p>
      <w:r>
        <w:rPr>
          <w:color w:val="999999"/>
          <w:sz w:val="20"/>
        </w:rPr>
        <w:t>.........................................................................................................</w:t>
      </w:r>
    </w:p>
    <w:p>
      <w:r>
        <w:rPr>
          <w:b/>
          <w:i w:val="0"/>
          <w:sz w:val="24"/>
        </w:rPr>
        <w:t xml:space="preserve">c) </w:t>
      </w:r>
      <w:r>
        <w:rPr>
          <w:b w:val="0"/>
          <w:i w:val="0"/>
          <w:sz w:val="24"/>
        </w:rPr>
        <w:t>Calcule son poids sur la Lune (g = 1,6 N/kg).</w:t>
      </w:r>
    </w:p>
    <w:p>
      <w:r>
        <w:rPr>
          <w:color w:val="999999"/>
          <w:sz w:val="20"/>
        </w:rPr>
        <w:t>.........................................................................................................</w:t>
      </w:r>
    </w:p>
    <w:p>
      <w:r>
        <w:rPr>
          <w:color w:val="999999"/>
          <w:sz w:val="20"/>
        </w:rPr>
        <w:t>.........................................................................................................</w:t>
      </w:r>
    </w:p>
    <w:p>
      <w:pPr>
        <w:pStyle w:val="Heading1"/>
      </w:pPr>
      <w:r>
        <w:rPr>
          <w:b/>
          <w:i w:val="0"/>
          <w:color w:val="1E3A5F"/>
          <w:sz w:val="32"/>
        </w:rPr>
        <w:t>Exercices progressifs</w:t>
      </w:r>
    </w:p>
    <w:p>
      <w:pPr>
        <w:pStyle w:val="Heading2"/>
      </w:pPr>
      <w:r>
        <w:rPr>
          <w:b/>
          <w:i w:val="0"/>
          <w:color w:val="1E3A5F"/>
          <w:sz w:val="28"/>
        </w:rPr>
        <w:t>Exercice 1 · Vrai ou faux ? ★☆☆☆☆</w:t>
      </w:r>
    </w:p>
    <w:p>
      <w:pPr>
        <w:spacing w:after="80"/>
      </w:pPr>
      <w:r>
        <w:rPr>
          <w:b w:val="0"/>
          <w:i w:val="0"/>
          <w:sz w:val="24"/>
        </w:rPr>
        <w:t>Corrige les affirmations fausses.</w:t>
      </w:r>
    </w:p>
    <w:p>
      <w:r>
        <w:rPr>
          <w:b/>
          <w:i w:val="0"/>
          <w:sz w:val="24"/>
        </w:rPr>
        <w:t xml:space="preserve">a) </w:t>
      </w:r>
      <w:r>
        <w:rPr>
          <w:b w:val="0"/>
          <w:i w:val="0"/>
          <w:sz w:val="24"/>
        </w:rPr>
        <w:t>Le poids se mesure avec une balance.</w:t>
      </w:r>
    </w:p>
    <w:p>
      <w:r>
        <w:rPr>
          <w:color w:val="999999"/>
          <w:sz w:val="20"/>
        </w:rPr>
        <w:t>.........................................................................................................</w:t>
      </w:r>
    </w:p>
    <w:p>
      <w:r>
        <w:rPr>
          <w:color w:val="999999"/>
          <w:sz w:val="20"/>
        </w:rPr>
        <w:t>.........................................................................................................</w:t>
      </w:r>
    </w:p>
    <w:p>
      <w:r>
        <w:rPr>
          <w:b/>
          <w:i w:val="0"/>
          <w:sz w:val="24"/>
        </w:rPr>
        <w:t xml:space="preserve">b) </w:t>
      </w:r>
      <w:r>
        <w:rPr>
          <w:b w:val="0"/>
          <w:i w:val="0"/>
          <w:sz w:val="24"/>
        </w:rPr>
        <w:t>La Terre attire la Lune, et la Lune attire la Terre.</w:t>
      </w:r>
    </w:p>
    <w:p>
      <w:r>
        <w:rPr>
          <w:color w:val="999999"/>
          <w:sz w:val="20"/>
        </w:rPr>
        <w:t>.........................................................................................................</w:t>
      </w:r>
    </w:p>
    <w:p>
      <w:r>
        <w:rPr>
          <w:color w:val="999999"/>
          <w:sz w:val="20"/>
        </w:rPr>
        <w:t>.........................................................................................................</w:t>
      </w:r>
    </w:p>
    <w:p>
      <w:r>
        <w:rPr>
          <w:b/>
          <w:i w:val="0"/>
          <w:sz w:val="24"/>
        </w:rPr>
        <w:t xml:space="preserve">c) </w:t>
      </w:r>
      <w:r>
        <w:rPr>
          <w:b w:val="0"/>
          <w:i w:val="0"/>
          <w:sz w:val="24"/>
        </w:rPr>
        <w:t>L'interaction gravitationnelle est une action de contact.</w:t>
      </w:r>
    </w:p>
    <w:p>
      <w:r>
        <w:rPr>
          <w:color w:val="999999"/>
          <w:sz w:val="20"/>
        </w:rPr>
        <w:t>.........................................................................................................</w:t>
      </w:r>
    </w:p>
    <w:p>
      <w:r>
        <w:rPr>
          <w:color w:val="999999"/>
          <w:sz w:val="20"/>
        </w:rPr>
        <w:t>.........................................................................................................</w:t>
      </w:r>
    </w:p>
    <w:p>
      <w:r>
        <w:rPr>
          <w:b/>
          <w:i w:val="0"/>
          <w:sz w:val="24"/>
        </w:rPr>
        <w:t xml:space="preserve">d) </w:t>
      </w:r>
      <w:r>
        <w:rPr>
          <w:b w:val="0"/>
          <w:i w:val="0"/>
          <w:sz w:val="24"/>
        </w:rPr>
        <w:t>Sur Mars, notre masse est plus petite.</w:t>
      </w:r>
    </w:p>
    <w:p>
      <w:r>
        <w:rPr>
          <w:color w:val="999999"/>
          <w:sz w:val="20"/>
        </w:rPr>
        <w:t>.........................................................................................................</w:t>
      </w:r>
    </w:p>
    <w:p>
      <w:r>
        <w:rPr>
          <w:color w:val="999999"/>
          <w:sz w:val="20"/>
        </w:rPr>
        <w:t>.........................................................................................................</w:t>
      </w:r>
    </w:p>
    <w:p>
      <w:pPr>
        <w:pStyle w:val="Heading2"/>
      </w:pPr>
      <w:r>
        <w:rPr>
          <w:b/>
          <w:i w:val="0"/>
          <w:color w:val="1E3A5F"/>
          <w:sz w:val="28"/>
        </w:rPr>
        <w:t>Exercice 2 · Le poids sur plusieurs astres ★☆☆☆☆</w:t>
      </w:r>
    </w:p>
    <w:p>
      <w:pPr>
        <w:spacing w:after="80"/>
      </w:pPr>
      <w:r>
        <w:rPr>
          <w:b w:val="0"/>
          <w:i w:val="0"/>
          <w:sz w:val="24"/>
        </w:rPr>
        <w:t>g : Terre 9,8 N/kg ; Lune 1,6 N/kg ; Mars 3,7 N/kg ; Jupiter 24,8 N/kg. Un élève a une masse de 50 kg.</w:t>
      </w:r>
    </w:p>
    <w:p>
      <w:r>
        <w:rPr>
          <w:b/>
          <w:i w:val="0"/>
          <w:sz w:val="24"/>
        </w:rPr>
        <w:t xml:space="preserve">a) </w:t>
      </w:r>
      <w:r>
        <w:rPr>
          <w:b w:val="0"/>
          <w:i w:val="0"/>
          <w:sz w:val="24"/>
        </w:rPr>
        <w:t>Calcule son poids sur chaque astre.</w:t>
      </w:r>
    </w:p>
    <w:p>
      <w:r>
        <w:rPr>
          <w:color w:val="999999"/>
          <w:sz w:val="20"/>
        </w:rPr>
        <w:t>.........................................................................................................</w:t>
      </w:r>
    </w:p>
    <w:p>
      <w:r>
        <w:rPr>
          <w:color w:val="999999"/>
          <w:sz w:val="20"/>
        </w:rPr>
        <w:t>.........................................................................................................</w:t>
      </w:r>
    </w:p>
    <w:p>
      <w:r>
        <w:rPr>
          <w:b/>
          <w:i w:val="0"/>
          <w:sz w:val="24"/>
        </w:rPr>
        <w:t xml:space="preserve">b) </w:t>
      </w:r>
      <w:r>
        <w:rPr>
          <w:b w:val="0"/>
          <w:i w:val="0"/>
          <w:sz w:val="24"/>
        </w:rPr>
        <w:t>Sur quel astre est-il le plus « lourd » ?</w:t>
      </w:r>
    </w:p>
    <w:p>
      <w:r>
        <w:rPr>
          <w:color w:val="999999"/>
          <w:sz w:val="20"/>
        </w:rPr>
        <w:t>.........................................................................................................</w:t>
      </w:r>
    </w:p>
    <w:p>
      <w:r>
        <w:rPr>
          <w:color w:val="999999"/>
          <w:sz w:val="20"/>
        </w:rPr>
        <w:t>.........................................................................................................</w:t>
      </w:r>
    </w:p>
    <w:p>
      <w:r>
        <w:rPr>
          <w:b/>
          <w:i w:val="0"/>
          <w:sz w:val="24"/>
        </w:rPr>
        <w:t xml:space="preserve">c) </w:t>
      </w:r>
      <w:r>
        <w:rPr>
          <w:b w:val="0"/>
          <w:i w:val="0"/>
          <w:sz w:val="24"/>
        </w:rPr>
        <w:t>Quelle est sa masse sur Jupiter ?</w:t>
      </w:r>
    </w:p>
    <w:p>
      <w:r>
        <w:rPr>
          <w:color w:val="999999"/>
          <w:sz w:val="20"/>
        </w:rPr>
        <w:t>.........................................................................................................</w:t>
      </w:r>
    </w:p>
    <w:p>
      <w:r>
        <w:rPr>
          <w:color w:val="999999"/>
          <w:sz w:val="20"/>
        </w:rPr>
        <w:t>.........................................................................................................</w:t>
      </w:r>
    </w:p>
    <w:p>
      <w:pPr>
        <w:pStyle w:val="Heading2"/>
      </w:pPr>
      <w:r>
        <w:rPr>
          <w:b/>
          <w:i w:val="0"/>
          <w:color w:val="1E3A5F"/>
          <w:sz w:val="28"/>
        </w:rPr>
        <w:t>Exercice 3 · Représenter le poids ★★☆☆☆</w:t>
      </w:r>
    </w:p>
    <w:p>
      <w:pPr>
        <w:spacing w:after="80"/>
      </w:pPr>
      <w:r>
        <w:rPr>
          <w:b w:val="0"/>
          <w:i w:val="0"/>
          <w:sz w:val="24"/>
        </w:rPr>
        <w:t>Un sac de masse 6,0 kg est posé sur une table.</w:t>
      </w:r>
    </w:p>
    <w:p>
      <w:r>
        <w:rPr>
          <w:b/>
          <w:i w:val="0"/>
          <w:sz w:val="24"/>
        </w:rPr>
        <w:t xml:space="preserve">a) </w:t>
      </w:r>
      <w:r>
        <w:rPr>
          <w:b w:val="0"/>
          <w:i w:val="0"/>
          <w:sz w:val="24"/>
        </w:rPr>
        <w:t>Calcule son poids.</w:t>
      </w:r>
    </w:p>
    <w:p>
      <w:r>
        <w:rPr>
          <w:color w:val="999999"/>
          <w:sz w:val="20"/>
        </w:rPr>
        <w:t>.........................................................................................................</w:t>
      </w:r>
    </w:p>
    <w:p>
      <w:r>
        <w:rPr>
          <w:color w:val="999999"/>
          <w:sz w:val="20"/>
        </w:rPr>
        <w:t>.........................................................................................................</w:t>
      </w:r>
    </w:p>
    <w:p>
      <w:r>
        <w:rPr>
          <w:b/>
          <w:i w:val="0"/>
          <w:sz w:val="24"/>
        </w:rPr>
        <w:t xml:space="preserve">b) </w:t>
      </w:r>
      <w:r>
        <w:rPr>
          <w:b w:val="0"/>
          <w:i w:val="0"/>
          <w:sz w:val="24"/>
        </w:rPr>
        <w:t>Donne les caractéristiques du poids.</w:t>
      </w:r>
    </w:p>
    <w:p>
      <w:r>
        <w:rPr>
          <w:color w:val="999999"/>
          <w:sz w:val="20"/>
        </w:rPr>
        <w:t>.........................................................................................................</w:t>
      </w:r>
    </w:p>
    <w:p>
      <w:r>
        <w:rPr>
          <w:color w:val="999999"/>
          <w:sz w:val="20"/>
        </w:rPr>
        <w:t>.........................................................................................................</w:t>
      </w:r>
    </w:p>
    <w:p>
      <w:r>
        <w:rPr>
          <w:b/>
          <w:i w:val="0"/>
          <w:sz w:val="24"/>
        </w:rPr>
        <w:t xml:space="preserve">c) </w:t>
      </w:r>
      <w:r>
        <w:rPr>
          <w:b w:val="0"/>
          <w:i w:val="0"/>
          <w:sz w:val="24"/>
        </w:rPr>
        <w:t>Représente-le à l'échelle 1 cm ↔ 20 N.</w:t>
      </w:r>
    </w:p>
    <w:p>
      <w:r>
        <w:rPr>
          <w:color w:val="999999"/>
          <w:sz w:val="20"/>
        </w:rPr>
        <w:t>.........................................................................................................</w:t>
      </w:r>
    </w:p>
    <w:p>
      <w:r>
        <w:rPr>
          <w:color w:val="999999"/>
          <w:sz w:val="20"/>
        </w:rPr>
        <w:t>.........................................................................................................</w:t>
      </w:r>
    </w:p>
    <w:p>
      <w:r>
        <w:rPr>
          <w:b/>
          <w:i w:val="0"/>
          <w:sz w:val="24"/>
        </w:rPr>
        <w:t xml:space="preserve">d) </w:t>
      </w:r>
      <w:r>
        <w:rPr>
          <w:b w:val="0"/>
          <w:i w:val="0"/>
          <w:sz w:val="24"/>
        </w:rPr>
        <w:t>Quelle autre force s'exerce sur le sac ? Que peux-tu dire de sa valeur ? Justifie.</w:t>
      </w:r>
    </w:p>
    <w:p>
      <w:r>
        <w:rPr>
          <w:color w:val="999999"/>
          <w:sz w:val="20"/>
        </w:rPr>
        <w:t>.........................................................................................................</w:t>
      </w:r>
    </w:p>
    <w:p>
      <w:r>
        <w:rPr>
          <w:color w:val="999999"/>
          <w:sz w:val="20"/>
        </w:rPr>
        <w:t>.........................................................................................................</w:t>
      </w:r>
    </w:p>
    <w:p>
      <w:pPr>
        <w:pStyle w:val="Heading2"/>
      </w:pPr>
      <w:r>
        <w:rPr>
          <w:b/>
          <w:i w:val="0"/>
          <w:color w:val="1E3A5F"/>
          <w:sz w:val="28"/>
        </w:rPr>
        <w:t>Exercice 4 · Mesures au dynamomètre ★★☆☆☆</w:t>
      </w:r>
    </w:p>
    <w:p>
      <w:pPr>
        <w:spacing w:after="80"/>
      </w:pPr>
      <w:r>
        <w:rPr>
          <w:b w:val="0"/>
          <w:i w:val="0"/>
          <w:sz w:val="24"/>
        </w:rPr>
        <w:t>Mesures : 100 g → 0,98 N ; 200 g → 1,96 N ; 300 g → 2,94 N ; 400 g → 3,92 N.</w:t>
      </w:r>
    </w:p>
    <w:p>
      <w:r>
        <w:rPr>
          <w:b/>
          <w:i w:val="0"/>
          <w:sz w:val="24"/>
        </w:rPr>
        <w:t xml:space="preserve">a) </w:t>
      </w:r>
      <w:r>
        <w:rPr>
          <w:b w:val="0"/>
          <w:i w:val="0"/>
          <w:sz w:val="24"/>
        </w:rPr>
        <w:t>Le poids est-il proportionnel à la masse ? Justifie.</w:t>
      </w:r>
    </w:p>
    <w:p>
      <w:r>
        <w:rPr>
          <w:color w:val="999999"/>
          <w:sz w:val="20"/>
        </w:rPr>
        <w:t>.........................................................................................................</w:t>
      </w:r>
    </w:p>
    <w:p>
      <w:r>
        <w:rPr>
          <w:color w:val="999999"/>
          <w:sz w:val="20"/>
        </w:rPr>
        <w:t>.........................................................................................................</w:t>
      </w:r>
    </w:p>
    <w:p>
      <w:r>
        <w:rPr>
          <w:b/>
          <w:i w:val="0"/>
          <w:sz w:val="24"/>
        </w:rPr>
        <w:t xml:space="preserve">b) </w:t>
      </w:r>
      <w:r>
        <w:rPr>
          <w:b w:val="0"/>
          <w:i w:val="0"/>
          <w:sz w:val="24"/>
        </w:rPr>
        <w:t>Calcule le rapport P / m (m en kg). Que représente-t-il ?</w:t>
      </w:r>
    </w:p>
    <w:p>
      <w:r>
        <w:rPr>
          <w:color w:val="999999"/>
          <w:sz w:val="20"/>
        </w:rPr>
        <w:t>.........................................................................................................</w:t>
      </w:r>
    </w:p>
    <w:p>
      <w:r>
        <w:rPr>
          <w:color w:val="999999"/>
          <w:sz w:val="20"/>
        </w:rPr>
        <w:t>.........................................................................................................</w:t>
      </w:r>
    </w:p>
    <w:p>
      <w:r>
        <w:rPr>
          <w:b/>
          <w:i w:val="0"/>
          <w:sz w:val="24"/>
        </w:rPr>
        <w:t xml:space="preserve">c) </w:t>
      </w:r>
      <w:r>
        <w:rPr>
          <w:b w:val="0"/>
          <w:i w:val="0"/>
          <w:sz w:val="24"/>
        </w:rPr>
        <w:t>Quelle serait l'indication pour 250 g ?</w:t>
      </w:r>
    </w:p>
    <w:p>
      <w:r>
        <w:rPr>
          <w:color w:val="999999"/>
          <w:sz w:val="20"/>
        </w:rPr>
        <w:t>.........................................................................................................</w:t>
      </w:r>
    </w:p>
    <w:p>
      <w:r>
        <w:rPr>
          <w:color w:val="999999"/>
          <w:sz w:val="20"/>
        </w:rPr>
        <w:t>.........................................................................................................</w:t>
      </w:r>
    </w:p>
    <w:p>
      <w:pPr>
        <w:pStyle w:val="Heading2"/>
      </w:pPr>
      <w:r>
        <w:rPr>
          <w:b/>
          <w:i w:val="0"/>
          <w:color w:val="1E3A5F"/>
          <w:sz w:val="28"/>
        </w:rPr>
        <w:t>Exercice 5 · La gravitation entre deux élèves ★★★☆☆</w:t>
      </w:r>
    </w:p>
    <w:p>
      <w:pPr>
        <w:spacing w:after="80"/>
      </w:pPr>
      <w:r>
        <w:rPr>
          <w:b w:val="0"/>
          <w:i w:val="0"/>
          <w:sz w:val="24"/>
        </w:rPr>
        <w:t>F = G×(m</w:t>
      </w:r>
      <w:r>
        <w:rPr>
          <w:b w:val="0"/>
          <w:i w:val="0"/>
          <w:sz w:val="24"/>
          <w:vertAlign w:val="subscript"/>
        </w:rPr>
        <w:t>A</w:t>
      </w:r>
      <w:r>
        <w:rPr>
          <w:b w:val="0"/>
          <w:i w:val="0"/>
          <w:sz w:val="24"/>
        </w:rPr>
        <w:t>× m</w:t>
      </w:r>
      <w:r>
        <w:rPr>
          <w:b w:val="0"/>
          <w:i w:val="0"/>
          <w:sz w:val="24"/>
          <w:vertAlign w:val="subscript"/>
        </w:rPr>
        <w:t>B</w:t>
      </w:r>
      <w:r>
        <w:rPr>
          <w:b w:val="0"/>
          <w:i w:val="0"/>
          <w:sz w:val="24"/>
        </w:rPr>
        <w:t>)/d</w:t>
      </w:r>
      <w:r>
        <w:rPr>
          <w:b w:val="0"/>
          <w:i w:val="0"/>
          <w:sz w:val="24"/>
          <w:vertAlign w:val="superscript"/>
        </w:rPr>
        <w:t>2</w:t>
      </w:r>
      <w:r>
        <w:rPr>
          <w:b w:val="0"/>
          <w:i w:val="0"/>
          <w:sz w:val="24"/>
        </w:rPr>
        <w:t xml:space="preserve"> avec </w:t>
      </w:r>
      <w:r>
        <w:rPr>
          <w:b w:val="0"/>
          <w:i w:val="0"/>
          <w:sz w:val="24"/>
        </w:rPr>
        <w:t>G = 6,67×10</w:t>
      </w:r>
      <w:r>
        <w:rPr>
          <w:b w:val="0"/>
          <w:i w:val="0"/>
          <w:sz w:val="24"/>
          <w:vertAlign w:val="superscript"/>
        </w:rPr>
        <w:t>-11</w:t>
      </w:r>
      <w:r>
        <w:rPr>
          <w:b w:val="0"/>
          <w:i w:val="0"/>
          <w:sz w:val="24"/>
        </w:rPr>
        <w:t xml:space="preserve"> N·m²/kg². Deux élèves de 60 kg sont à 1,0 m l'un de l'autre.</w:t>
      </w:r>
    </w:p>
    <w:p>
      <w:r>
        <w:rPr>
          <w:b/>
          <w:i w:val="0"/>
          <w:sz w:val="24"/>
        </w:rPr>
        <w:t xml:space="preserve">a) </w:t>
      </w:r>
      <w:r>
        <w:rPr>
          <w:b w:val="0"/>
          <w:i w:val="0"/>
          <w:sz w:val="24"/>
        </w:rPr>
        <w:t>Calcule la force d'attraction entre eux.</w:t>
      </w:r>
    </w:p>
    <w:p>
      <w:r>
        <w:rPr>
          <w:color w:val="999999"/>
          <w:sz w:val="20"/>
        </w:rPr>
        <w:t>.........................................................................................................</w:t>
      </w:r>
    </w:p>
    <w:p>
      <w:r>
        <w:rPr>
          <w:color w:val="999999"/>
          <w:sz w:val="20"/>
        </w:rPr>
        <w:t>.........................................................................................................</w:t>
      </w:r>
    </w:p>
    <w:p>
      <w:r>
        <w:rPr>
          <w:b/>
          <w:i w:val="0"/>
          <w:sz w:val="24"/>
        </w:rPr>
        <w:t xml:space="preserve">b) </w:t>
      </w:r>
      <w:r>
        <w:rPr>
          <w:b w:val="0"/>
          <w:i w:val="0"/>
          <w:sz w:val="24"/>
        </w:rPr>
        <w:t>Compare-la au poids d'un élève (≈ 590 N).</w:t>
      </w:r>
    </w:p>
    <w:p>
      <w:r>
        <w:rPr>
          <w:color w:val="999999"/>
          <w:sz w:val="20"/>
        </w:rPr>
        <w:t>.........................................................................................................</w:t>
      </w:r>
    </w:p>
    <w:p>
      <w:r>
        <w:rPr>
          <w:color w:val="999999"/>
          <w:sz w:val="20"/>
        </w:rPr>
        <w:t>.........................................................................................................</w:t>
      </w:r>
    </w:p>
    <w:p>
      <w:r>
        <w:rPr>
          <w:b/>
          <w:i w:val="0"/>
          <w:sz w:val="24"/>
        </w:rPr>
        <w:t xml:space="preserve">c) </w:t>
      </w:r>
      <w:r>
        <w:rPr>
          <w:b w:val="0"/>
          <w:i w:val="0"/>
          <w:sz w:val="24"/>
        </w:rPr>
        <w:t>Pourquoi ne ressent-on pas cette attraction ?</w:t>
      </w:r>
    </w:p>
    <w:p>
      <w:r>
        <w:rPr>
          <w:color w:val="999999"/>
          <w:sz w:val="20"/>
        </w:rPr>
        <w:t>.........................................................................................................</w:t>
      </w:r>
    </w:p>
    <w:p>
      <w:r>
        <w:rPr>
          <w:color w:val="999999"/>
          <w:sz w:val="20"/>
        </w:rPr>
        <w:t>.........................................................................................................</w:t>
      </w:r>
    </w:p>
    <w:p>
      <w:pPr>
        <w:pStyle w:val="Heading2"/>
      </w:pPr>
      <w:r>
        <w:rPr>
          <w:b/>
          <w:i w:val="0"/>
          <w:color w:val="1E3A5F"/>
          <w:sz w:val="28"/>
        </w:rPr>
        <w:t>Exercice 6 · Terre et Lune ★★★☆☆</w:t>
      </w:r>
    </w:p>
    <w:p>
      <w:pPr>
        <w:spacing w:after="80"/>
      </w:pPr>
      <w:r>
        <w:rPr>
          <w:b w:val="0"/>
          <w:i w:val="0"/>
          <w:sz w:val="24"/>
        </w:rPr>
        <w:t>Masse de la Terre : 5,97 × 10²⁴ kg ; masse de la Lune : 7,35 × 10²² kg ; distance Terre–Lune : 3,84 × 10⁸ m ; G = 6,67 × 10⁻¹¹ N·m²/kg².</w:t>
      </w:r>
    </w:p>
    <w:p>
      <w:r>
        <w:rPr>
          <w:b/>
          <w:i w:val="0"/>
          <w:sz w:val="24"/>
        </w:rPr>
        <w:t xml:space="preserve">a) </w:t>
      </w:r>
      <w:r>
        <w:rPr>
          <w:b w:val="0"/>
          <w:i w:val="0"/>
          <w:sz w:val="24"/>
        </w:rPr>
        <w:t>Calcule la force d'attraction exercée par la Terre sur la Lune.</w:t>
      </w:r>
    </w:p>
    <w:p>
      <w:r>
        <w:rPr>
          <w:color w:val="999999"/>
          <w:sz w:val="20"/>
        </w:rPr>
        <w:t>.........................................................................................................</w:t>
      </w:r>
    </w:p>
    <w:p>
      <w:r>
        <w:rPr>
          <w:color w:val="999999"/>
          <w:sz w:val="20"/>
        </w:rPr>
        <w:t>.........................................................................................................</w:t>
      </w:r>
    </w:p>
    <w:p>
      <w:r>
        <w:rPr>
          <w:b/>
          <w:i w:val="0"/>
          <w:sz w:val="24"/>
        </w:rPr>
        <w:t xml:space="preserve">b) </w:t>
      </w:r>
      <w:r>
        <w:rPr>
          <w:b w:val="0"/>
          <w:i w:val="0"/>
          <w:sz w:val="24"/>
        </w:rPr>
        <w:t>Quelle est la valeur de la force exercée par la Lune sur la Terre ? Justifie.</w:t>
      </w:r>
    </w:p>
    <w:p>
      <w:r>
        <w:rPr>
          <w:color w:val="999999"/>
          <w:sz w:val="20"/>
        </w:rPr>
        <w:t>.........................................................................................................</w:t>
      </w:r>
    </w:p>
    <w:p>
      <w:r>
        <w:rPr>
          <w:color w:val="999999"/>
          <w:sz w:val="20"/>
        </w:rPr>
        <w:t>.........................................................................................................</w:t>
      </w:r>
    </w:p>
    <w:p>
      <w:r>
        <w:rPr>
          <w:b/>
          <w:i w:val="0"/>
          <w:sz w:val="24"/>
        </w:rPr>
        <w:t xml:space="preserve">c) </w:t>
      </w:r>
      <w:r>
        <w:rPr>
          <w:b w:val="0"/>
          <w:i w:val="0"/>
          <w:sz w:val="24"/>
        </w:rPr>
        <w:t>Que deviendrait cette force si la Lune était deux fois plus loin ?</w:t>
      </w:r>
    </w:p>
    <w:p>
      <w:r>
        <w:rPr>
          <w:color w:val="999999"/>
          <w:sz w:val="20"/>
        </w:rPr>
        <w:t>.........................................................................................................</w:t>
      </w:r>
    </w:p>
    <w:p>
      <w:r>
        <w:rPr>
          <w:color w:val="999999"/>
          <w:sz w:val="20"/>
        </w:rPr>
        <w:t>.........................................................................................................</w:t>
      </w:r>
    </w:p>
    <w:p>
      <w:pPr>
        <w:pStyle w:val="Heading2"/>
      </w:pPr>
      <w:r>
        <w:rPr>
          <w:b/>
          <w:i w:val="0"/>
          <w:color w:val="1E3A5F"/>
          <w:sz w:val="28"/>
        </w:rPr>
        <w:t>Exercice 7 · Retrouver g ★★★★☆</w:t>
      </w:r>
    </w:p>
    <w:p>
      <w:pPr>
        <w:spacing w:after="80"/>
      </w:pPr>
      <w:r>
        <w:rPr>
          <w:b w:val="0"/>
          <w:i w:val="0"/>
          <w:sz w:val="24"/>
        </w:rPr>
        <w:t xml:space="preserve">On admet que le poids d'un objet sur Terre est égal à la force gravitationnelle exercée par la Terre (rayon </w:t>
      </w:r>
      <w:r>
        <w:rPr>
          <w:b w:val="0"/>
          <w:i w:val="0"/>
          <w:sz w:val="24"/>
        </w:rPr>
        <w:t>R = 6,37×10</w:t>
      </w:r>
      <w:r>
        <w:rPr>
          <w:b w:val="0"/>
          <w:i w:val="0"/>
          <w:sz w:val="24"/>
          <w:vertAlign w:val="superscript"/>
        </w:rPr>
        <w:t>6</w:t>
      </w:r>
      <w:r>
        <w:rPr>
          <w:b w:val="0"/>
          <w:i w:val="0"/>
          <w:sz w:val="24"/>
        </w:rPr>
        <w:t xml:space="preserve"> m, masse </w:t>
      </w:r>
      <w:r>
        <w:rPr>
          <w:b w:val="0"/>
          <w:i w:val="0"/>
          <w:sz w:val="24"/>
        </w:rPr>
        <w:t>M = 5,97×10</w:t>
      </w:r>
      <w:r>
        <w:rPr>
          <w:b w:val="0"/>
          <w:i w:val="0"/>
          <w:sz w:val="24"/>
          <w:vertAlign w:val="superscript"/>
        </w:rPr>
        <w:t>24</w:t>
      </w:r>
      <w:r>
        <w:rPr>
          <w:b w:val="0"/>
          <w:i w:val="0"/>
          <w:sz w:val="24"/>
        </w:rPr>
        <w:t xml:space="preserve"> kg).</w:t>
      </w:r>
    </w:p>
    <w:p>
      <w:r>
        <w:rPr>
          <w:b/>
          <w:i w:val="0"/>
          <w:sz w:val="24"/>
        </w:rPr>
        <w:t xml:space="preserve">a) </w:t>
      </w:r>
      <w:r>
        <w:rPr>
          <w:b w:val="0"/>
          <w:i w:val="0"/>
          <w:sz w:val="24"/>
        </w:rPr>
        <w:t xml:space="preserve">Écris l'égalité entre </w:t>
      </w:r>
      <w:r>
        <w:rPr>
          <w:b w:val="0"/>
          <w:i w:val="0"/>
          <w:sz w:val="24"/>
        </w:rPr>
        <w:t>m× g</w:t>
      </w:r>
      <w:r>
        <w:rPr>
          <w:b w:val="0"/>
          <w:i w:val="0"/>
          <w:sz w:val="24"/>
        </w:rPr>
        <w:t xml:space="preserve"> et l'expression de la force gravitationnelle.</w:t>
      </w:r>
    </w:p>
    <w:p>
      <w:r>
        <w:rPr>
          <w:color w:val="999999"/>
          <w:sz w:val="20"/>
        </w:rPr>
        <w:t>.........................................................................................................</w:t>
      </w:r>
    </w:p>
    <w:p>
      <w:r>
        <w:rPr>
          <w:color w:val="999999"/>
          <w:sz w:val="20"/>
        </w:rPr>
        <w:t>.........................................................................................................</w:t>
      </w:r>
    </w:p>
    <w:p>
      <w:r>
        <w:rPr>
          <w:b/>
          <w:i w:val="0"/>
          <w:sz w:val="24"/>
        </w:rPr>
        <w:t xml:space="preserve">b) </w:t>
      </w:r>
      <w:r>
        <w:rPr>
          <w:b w:val="0"/>
          <w:i w:val="0"/>
          <w:sz w:val="24"/>
        </w:rPr>
        <w:t xml:space="preserve">Montre que </w:t>
      </w:r>
      <w:r>
        <w:rPr>
          <w:b w:val="0"/>
          <w:i w:val="0"/>
          <w:sz w:val="24"/>
        </w:rPr>
        <w:t>g = G×M/R</w:t>
      </w:r>
      <w:r>
        <w:rPr>
          <w:b w:val="0"/>
          <w:i w:val="0"/>
          <w:sz w:val="24"/>
          <w:vertAlign w:val="superscript"/>
        </w:rPr>
        <w:t>2</w:t>
      </w:r>
      <w:r>
        <w:rPr>
          <w:b w:val="0"/>
          <w:i w:val="0"/>
          <w:sz w:val="24"/>
        </w:rPr>
        <w:t>.</w:t>
      </w:r>
    </w:p>
    <w:p>
      <w:r>
        <w:rPr>
          <w:color w:val="999999"/>
          <w:sz w:val="20"/>
        </w:rPr>
        <w:t>.........................................................................................................</w:t>
      </w:r>
    </w:p>
    <w:p>
      <w:r>
        <w:rPr>
          <w:color w:val="999999"/>
          <w:sz w:val="20"/>
        </w:rPr>
        <w:t>.........................................................................................................</w:t>
      </w:r>
    </w:p>
    <w:p>
      <w:r>
        <w:rPr>
          <w:b/>
          <w:i w:val="0"/>
          <w:sz w:val="24"/>
        </w:rPr>
        <w:t xml:space="preserve">c) </w:t>
      </w:r>
      <w:r>
        <w:rPr>
          <w:b w:val="0"/>
          <w:i w:val="0"/>
          <w:sz w:val="24"/>
        </w:rPr>
        <w:t>Calcule g. Compare à 9,8 N/kg.</w:t>
      </w:r>
    </w:p>
    <w:p>
      <w:r>
        <w:rPr>
          <w:color w:val="999999"/>
          <w:sz w:val="20"/>
        </w:rPr>
        <w:t>.........................................................................................................</w:t>
      </w:r>
    </w:p>
    <w:p>
      <w:r>
        <w:rPr>
          <w:color w:val="999999"/>
          <w:sz w:val="20"/>
        </w:rPr>
        <w:t>.........................................................................................................</w:t>
      </w:r>
    </w:p>
    <w:p>
      <w:r>
        <w:rPr>
          <w:b/>
          <w:i w:val="0"/>
          <w:sz w:val="24"/>
        </w:rPr>
        <w:t xml:space="preserve">d) </w:t>
      </w:r>
      <w:r>
        <w:rPr>
          <w:b w:val="0"/>
          <w:i w:val="0"/>
          <w:sz w:val="24"/>
        </w:rPr>
        <w:t>Au sommet de l'Everest (R + 8,8 km), g est-il plus grand ou plus petit ? Justifie sans calcul.</w:t>
      </w:r>
    </w:p>
    <w:p>
      <w:r>
        <w:rPr>
          <w:color w:val="999999"/>
          <w:sz w:val="20"/>
        </w:rPr>
        <w:t>.........................................................................................................</w:t>
      </w:r>
    </w:p>
    <w:p>
      <w:r>
        <w:rPr>
          <w:color w:val="999999"/>
          <w:sz w:val="20"/>
        </w:rPr>
        <w:t>.........................................................................................................</w:t>
      </w:r>
    </w:p>
    <w:p>
      <w:pPr>
        <w:pStyle w:val="Heading2"/>
      </w:pPr>
      <w:r>
        <w:rPr>
          <w:b/>
          <w:i w:val="0"/>
          <w:color w:val="1E3A5F"/>
          <w:sz w:val="28"/>
        </w:rPr>
        <w:t>Exercice 8 · Les satellites ★★★★☆</w:t>
      </w:r>
    </w:p>
    <w:p>
      <w:pPr>
        <w:spacing w:after="80"/>
      </w:pPr>
      <w:r>
        <w:rPr>
          <w:b w:val="0"/>
          <w:i w:val="0"/>
          <w:sz w:val="24"/>
        </w:rPr>
        <w:t>Un satellite tourne autour de la Terre sur une orbite circulaire, à vitesse constante. Les moteurs sont éteints.</w:t>
      </w:r>
    </w:p>
    <w:p>
      <w:r>
        <w:rPr>
          <w:b/>
          <w:i w:val="0"/>
          <w:sz w:val="24"/>
        </w:rPr>
        <w:t xml:space="preserve">a) </w:t>
      </w:r>
      <w:r>
        <w:rPr>
          <w:b w:val="0"/>
          <w:i w:val="0"/>
          <w:sz w:val="24"/>
        </w:rPr>
        <w:t>Quelle force s'exerce sur le satellite ? Fais son DOI.</w:t>
      </w:r>
    </w:p>
    <w:p>
      <w:r>
        <w:rPr>
          <w:color w:val="999999"/>
          <w:sz w:val="20"/>
        </w:rPr>
        <w:t>.........................................................................................................</w:t>
      </w:r>
    </w:p>
    <w:p>
      <w:r>
        <w:rPr>
          <w:color w:val="999999"/>
          <w:sz w:val="20"/>
        </w:rPr>
        <w:t>.........................................................................................................</w:t>
      </w:r>
    </w:p>
    <w:p>
      <w:r>
        <w:rPr>
          <w:b/>
          <w:i w:val="0"/>
          <w:sz w:val="24"/>
        </w:rPr>
        <w:t xml:space="preserve">b) </w:t>
      </w:r>
      <w:r>
        <w:rPr>
          <w:b w:val="0"/>
          <w:i w:val="0"/>
          <w:sz w:val="24"/>
        </w:rPr>
        <w:t>Le satellite a une vitesse de valeur constante. Les forces se compensent-elles ? Justifie (pense à la direction de la vitesse).</w:t>
      </w:r>
    </w:p>
    <w:p>
      <w:r>
        <w:rPr>
          <w:color w:val="999999"/>
          <w:sz w:val="20"/>
        </w:rPr>
        <w:t>.........................................................................................................</w:t>
      </w:r>
    </w:p>
    <w:p>
      <w:r>
        <w:rPr>
          <w:color w:val="999999"/>
          <w:sz w:val="20"/>
        </w:rPr>
        <w:t>.........................................................................................................</w:t>
      </w:r>
    </w:p>
    <w:p>
      <w:r>
        <w:rPr>
          <w:b/>
          <w:i w:val="0"/>
          <w:sz w:val="24"/>
        </w:rPr>
        <w:t xml:space="preserve">c) </w:t>
      </w:r>
      <w:r>
        <w:rPr>
          <w:b w:val="0"/>
          <w:i w:val="0"/>
          <w:sz w:val="24"/>
        </w:rPr>
        <w:t>Que ferait le satellite si l'attraction terrestre disparaissait brusquement ?</w:t>
      </w:r>
    </w:p>
    <w:p>
      <w:r>
        <w:rPr>
          <w:color w:val="999999"/>
          <w:sz w:val="20"/>
        </w:rPr>
        <w:t>.........................................................................................................</w:t>
      </w:r>
    </w:p>
    <w:p>
      <w:r>
        <w:rPr>
          <w:color w:val="999999"/>
          <w:sz w:val="20"/>
        </w:rPr>
        <w:t>.........................................................................................................</w:t>
      </w:r>
    </w:p>
    <w:p>
      <w:pPr>
        <w:pStyle w:val="Heading2"/>
      </w:pPr>
      <w:r>
        <w:rPr>
          <w:b/>
          <w:i w:val="0"/>
          <w:color w:val="1E3A5F"/>
          <w:sz w:val="28"/>
        </w:rPr>
        <w:t>Exercice 9 · Marcher sur la Lune ★★★★★ (type brevet)</w:t>
      </w:r>
    </w:p>
    <w:p>
      <w:pPr>
        <w:spacing w:after="80"/>
      </w:pPr>
    </w:p>
    <w:p>
      <w:pPr>
        <w:spacing w:after="80"/>
      </w:pPr>
      <w:r>
        <w:rPr>
          <w:b/>
          <w:i w:val="0"/>
          <w:sz w:val="24"/>
        </w:rPr>
        <w:t>Document 1 — L'équipement</w:t>
      </w:r>
    </w:p>
    <w:p>
      <w:pPr>
        <w:spacing w:after="80"/>
      </w:pPr>
      <w:r>
        <w:rPr>
          <w:b w:val="0"/>
          <w:i w:val="0"/>
          <w:sz w:val="24"/>
        </w:rPr>
        <w:t>Lors des missions Apollo, un astronaute de 75 kg portait une combinaison avec son système de survie, d'une masse d'environ 90 kg.</w:t>
      </w:r>
    </w:p>
    <w:p>
      <w:pPr>
        <w:spacing w:after="80"/>
      </w:pPr>
    </w:p>
    <w:p>
      <w:pPr>
        <w:spacing w:after="80"/>
      </w:pPr>
      <w:r>
        <w:rPr>
          <w:b/>
          <w:i w:val="0"/>
          <w:sz w:val="24"/>
        </w:rPr>
        <w:t>Document 2 — Intensité de la pesanteur</w:t>
      </w:r>
    </w:p>
    <w:p>
      <w:pPr>
        <w:spacing w:after="80"/>
      </w:pPr>
      <w:r>
        <w:rPr>
          <w:b w:val="0"/>
          <w:i w:val="0"/>
          <w:sz w:val="24"/>
        </w:rPr>
        <w:t>Terre : g = 9,8 N/kg ; Lune : g = 1,6 N/kg.</w:t>
      </w:r>
    </w:p>
    <w:p>
      <w:pPr>
        <w:spacing w:after="80"/>
      </w:pPr>
    </w:p>
    <w:p>
      <w:pPr>
        <w:spacing w:after="80"/>
      </w:pPr>
      <w:r>
        <w:rPr>
          <w:b/>
          <w:i w:val="0"/>
          <w:sz w:val="24"/>
        </w:rPr>
        <w:t>Document 3 — Un test à l'entraînement</w:t>
      </w:r>
    </w:p>
    <w:p>
      <w:pPr>
        <w:spacing w:after="80"/>
      </w:pPr>
      <w:r>
        <w:rPr>
          <w:b w:val="0"/>
          <w:i w:val="0"/>
          <w:sz w:val="24"/>
        </w:rPr>
        <w:t>Situation pédagogique.</w:t>
      </w:r>
    </w:p>
    <w:p>
      <w:pPr>
        <w:spacing w:after="80"/>
      </w:pPr>
      <w:r>
        <w:rPr>
          <w:b w:val="0"/>
          <w:i w:val="0"/>
          <w:sz w:val="24"/>
        </w:rPr>
        <w:t>Sur Terre, on estime qu'un astronaute entraîné peut se déplacer longtemps en portant une charge totale (lui compris) dont le poids ne dépasse pas 1 000 N.</w:t>
      </w:r>
    </w:p>
    <w:p>
      <w:r>
        <w:rPr>
          <w:b/>
          <w:i w:val="0"/>
          <w:sz w:val="24"/>
        </w:rPr>
        <w:t xml:space="preserve">a) </w:t>
      </w:r>
      <w:r>
        <w:rPr>
          <w:b w:val="0"/>
          <w:i w:val="0"/>
          <w:sz w:val="24"/>
        </w:rPr>
        <w:t>Calcule la masse totale astronaute + combinaison.</w:t>
      </w:r>
    </w:p>
    <w:p>
      <w:r>
        <w:rPr>
          <w:color w:val="999999"/>
          <w:sz w:val="20"/>
        </w:rPr>
        <w:t>.........................................................................................................</w:t>
      </w:r>
    </w:p>
    <w:p>
      <w:r>
        <w:rPr>
          <w:color w:val="999999"/>
          <w:sz w:val="20"/>
        </w:rPr>
        <w:t>.........................................................................................................</w:t>
      </w:r>
    </w:p>
    <w:p>
      <w:r>
        <w:rPr>
          <w:b/>
          <w:i w:val="0"/>
          <w:sz w:val="24"/>
        </w:rPr>
        <w:t xml:space="preserve">b) </w:t>
      </w:r>
      <w:r>
        <w:rPr>
          <w:b w:val="0"/>
          <w:i w:val="0"/>
          <w:sz w:val="24"/>
        </w:rPr>
        <w:t>Calcule le poids de l'ensemble sur Terre, puis sur la Lune.</w:t>
      </w:r>
    </w:p>
    <w:p>
      <w:r>
        <w:rPr>
          <w:color w:val="999999"/>
          <w:sz w:val="20"/>
        </w:rPr>
        <w:t>.........................................................................................................</w:t>
      </w:r>
    </w:p>
    <w:p>
      <w:r>
        <w:rPr>
          <w:color w:val="999999"/>
          <w:sz w:val="20"/>
        </w:rPr>
        <w:t>.........................................................................................................</w:t>
      </w:r>
    </w:p>
    <w:p>
      <w:r>
        <w:rPr>
          <w:b/>
          <w:i w:val="0"/>
          <w:sz w:val="24"/>
        </w:rPr>
        <w:t xml:space="preserve">c) </w:t>
      </w:r>
      <w:r>
        <w:rPr>
          <w:b w:val="0"/>
          <w:i w:val="0"/>
          <w:sz w:val="24"/>
        </w:rPr>
        <w:t>L'astronaute pourrait-il se déplacer longtemps sur Terre avec sa combinaison ? Et sur la Lune ? Argumente.</w:t>
      </w:r>
    </w:p>
    <w:p>
      <w:r>
        <w:rPr>
          <w:color w:val="999999"/>
          <w:sz w:val="20"/>
        </w:rPr>
        <w:t>.........................................................................................................</w:t>
      </w:r>
    </w:p>
    <w:p>
      <w:r>
        <w:rPr>
          <w:color w:val="999999"/>
          <w:sz w:val="20"/>
        </w:rPr>
        <w:t>.........................................................................................................</w:t>
      </w:r>
    </w:p>
    <w:p>
      <w:r>
        <w:rPr>
          <w:b/>
          <w:i w:val="0"/>
          <w:sz w:val="24"/>
        </w:rPr>
        <w:t xml:space="preserve">d) </w:t>
      </w:r>
      <w:r>
        <w:rPr>
          <w:b w:val="0"/>
          <w:i w:val="0"/>
          <w:sz w:val="24"/>
        </w:rPr>
        <w:t>Combien de fois l'ensemble est-il plus « léger » sur la Lune ? Sa masse a-t-elle changé ?</w:t>
      </w:r>
    </w:p>
    <w:p>
      <w:r>
        <w:rPr>
          <w:color w:val="999999"/>
          <w:sz w:val="20"/>
        </w:rPr>
        <w:t>.........................................................................................................</w:t>
      </w:r>
    </w:p>
    <w:p>
      <w:r>
        <w:rPr>
          <w:color w:val="999999"/>
          <w:sz w:val="20"/>
        </w:rPr>
        <w:t>.........................................................................................................</w:t>
      </w:r>
    </w:p>
    <w:p>
      <w:r>
        <w:rPr>
          <w:b/>
          <w:i w:val="0"/>
          <w:sz w:val="24"/>
        </w:rPr>
        <w:t xml:space="preserve">e) </w:t>
      </w:r>
      <w:r>
        <w:rPr>
          <w:b w:val="0"/>
          <w:i w:val="0"/>
          <w:sz w:val="24"/>
        </w:rPr>
        <w:t>Représente le poids de l'ensemble sur la Lune à l'échelle 1 cm ↔ 100 N.</w:t>
      </w:r>
    </w:p>
    <w:p>
      <w:r>
        <w:rPr>
          <w:color w:val="999999"/>
          <w:sz w:val="20"/>
        </w:rPr>
        <w:t>.........................................................................................................</w:t>
      </w:r>
    </w:p>
    <w:p>
      <w:r>
        <w:rPr>
          <w:color w:val="999999"/>
          <w:sz w:val="20"/>
        </w:rPr>
        <w:t>.........................................................................................................</w:t>
      </w:r>
    </w:p>
    <w:p>
      <w:pPr>
        <w:pStyle w:val="Heading2"/>
      </w:pPr>
      <w:r>
        <w:rPr>
          <w:b/>
          <w:i w:val="0"/>
          <w:color w:val="1E3A5F"/>
          <w:sz w:val="28"/>
        </w:rPr>
        <w:t>Exercice 10 · Le paradoxe de l'ISS ★★★★★</w:t>
      </w:r>
    </w:p>
    <w:p>
      <w:pPr>
        <w:spacing w:after="80"/>
      </w:pPr>
      <w:r>
        <w:rPr>
          <w:b w:val="0"/>
          <w:i w:val="0"/>
          <w:sz w:val="24"/>
        </w:rPr>
        <w:t>L'ISS orbite à environ 400 km d'altitude. À cette altitude, g vaut environ 8,7 N/kg. Pourtant, les astronautes y flottent.</w:t>
      </w:r>
    </w:p>
    <w:p>
      <w:r>
        <w:rPr>
          <w:b/>
          <w:i w:val="0"/>
          <w:sz w:val="24"/>
        </w:rPr>
        <w:t xml:space="preserve">a) </w:t>
      </w:r>
      <w:r>
        <w:rPr>
          <w:b w:val="0"/>
          <w:i w:val="0"/>
          <w:sz w:val="24"/>
        </w:rPr>
        <w:t>Calcule le poids d'un astronaute de 70 kg dans l'ISS et sur Terre. Compare.</w:t>
      </w:r>
    </w:p>
    <w:p>
      <w:r>
        <w:rPr>
          <w:color w:val="999999"/>
          <w:sz w:val="20"/>
        </w:rPr>
        <w:t>.........................................................................................................</w:t>
      </w:r>
    </w:p>
    <w:p>
      <w:r>
        <w:rPr>
          <w:color w:val="999999"/>
          <w:sz w:val="20"/>
        </w:rPr>
        <w:t>.........................................................................................................</w:t>
      </w:r>
    </w:p>
    <w:p>
      <w:r>
        <w:rPr>
          <w:b/>
          <w:i w:val="0"/>
          <w:sz w:val="24"/>
        </w:rPr>
        <w:t xml:space="preserve">b) </w:t>
      </w:r>
      <w:r>
        <w:rPr>
          <w:b w:val="0"/>
          <w:i w:val="0"/>
          <w:sz w:val="24"/>
        </w:rPr>
        <w:t>« Dans l'ISS, il n'y a plus de pesanteur. » Cette phrase est-elle correcte ? Justifie.</w:t>
      </w:r>
    </w:p>
    <w:p>
      <w:r>
        <w:rPr>
          <w:color w:val="999999"/>
          <w:sz w:val="20"/>
        </w:rPr>
        <w:t>.........................................................................................................</w:t>
      </w:r>
    </w:p>
    <w:p>
      <w:r>
        <w:rPr>
          <w:color w:val="999999"/>
          <w:sz w:val="20"/>
        </w:rPr>
        <w:t>.........................................................................................................</w:t>
      </w:r>
    </w:p>
    <w:p>
      <w:r>
        <w:rPr>
          <w:b/>
          <w:i w:val="0"/>
          <w:sz w:val="24"/>
        </w:rPr>
        <w:t xml:space="preserve">c) </w:t>
      </w:r>
      <w:r>
        <w:rPr>
          <w:b w:val="0"/>
          <w:i w:val="0"/>
          <w:sz w:val="24"/>
        </w:rPr>
        <w:t>Explique pourquoi les astronautes flottent (indice : l'ISS et les astronautes « tombent » ensemble autour de la Terre).</w:t>
      </w:r>
    </w:p>
    <w:p>
      <w:r>
        <w:rPr>
          <w:color w:val="999999"/>
          <w:sz w:val="20"/>
        </w:rPr>
        <w:t>.........................................................................................................</w:t>
      </w:r>
    </w:p>
    <w:p>
      <w:r>
        <w:rPr>
          <w:color w:val="999999"/>
          <w:sz w:val="20"/>
        </w:rPr>
        <w:t>.........................................................................................................</w:t>
      </w:r>
    </w:p>
    <w:p>
      <w:r>
        <w:br w:type="page"/>
      </w:r>
    </w:p>
    <w:p>
      <w:r>
        <w:rPr>
          <w:b w:val="0"/>
          <w:i w:val="0"/>
          <w:color w:val="3D4A5C"/>
          <w:sz w:val="20"/>
        </w:rPr>
        <w:t>Physique-chimie 3e · Chapitre 10 — Gravitation et poids</w:t>
      </w:r>
    </w:p>
    <w:p>
      <w:pPr>
        <w:pStyle w:val="Title"/>
      </w:pPr>
      <w:r>
        <w:rPr>
          <w:b/>
          <w:i w:val="0"/>
          <w:color w:val="1E3A5F"/>
          <w:sz w:val="40"/>
        </w:rPr>
        <w:t>TP expérimental — Relation entre poids et masse</w:t>
      </w:r>
    </w:p>
    <w:p>
      <w:r>
        <w:rPr>
          <w:b w:val="0"/>
          <w:i w:val="0"/>
          <w:sz w:val="22"/>
        </w:rPr>
        <w:t>Nom : ……………………………… Prénom : ……………………… Classe : 3e…… Date : ……………</w:t>
      </w:r>
    </w:p>
    <w:p>
      <w:r>
        <w:rPr>
          <w:b/>
          <w:i w:val="0"/>
          <w:sz w:val="24"/>
        </w:rPr>
        <w:t xml:space="preserve">Problème : </w:t>
      </w:r>
      <w:r>
        <w:rPr>
          <w:b w:val="0"/>
          <w:i w:val="0"/>
          <w:sz w:val="24"/>
        </w:rPr>
        <w:t>Comment le poids d'un objet dépend-il de sa masse ? Peut-on en déduire l'intensité de la pesanteur g ?</w:t>
      </w:r>
    </w:p>
    <w:p>
      <w:r>
        <w:rPr>
          <w:b w:val="0"/>
          <w:i w:val="0"/>
          <w:sz w:val="22"/>
        </w:rPr>
        <w:t>Durée : 55 min · Travail en binôme</w:t>
      </w:r>
    </w:p>
    <w:p>
      <w:pPr>
        <w:pStyle w:val="Heading2"/>
      </w:pPr>
      <w:r>
        <w:rPr>
          <w:b/>
          <w:i w:val="0"/>
          <w:color w:val="1E3A5F"/>
          <w:sz w:val="28"/>
        </w:rPr>
        <w:t>Matériel</w:t>
      </w:r>
    </w:p>
    <w:p>
      <w:pPr>
        <w:spacing w:after="80"/>
        <w:ind w:left="340"/>
      </w:pPr>
      <w:r>
        <w:t xml:space="preserve">• </w:t>
      </w:r>
      <w:r>
        <w:rPr>
          <w:b w:val="0"/>
          <w:i w:val="0"/>
          <w:sz w:val="24"/>
        </w:rPr>
        <w:t>1 dynamomètre de calibre 5 N (graduations 0,05 ou 0,1 N)</w:t>
      </w:r>
    </w:p>
    <w:p>
      <w:pPr>
        <w:spacing w:after="80"/>
        <w:ind w:left="340"/>
      </w:pPr>
      <w:r>
        <w:t xml:space="preserve">• </w:t>
      </w:r>
      <w:r>
        <w:rPr>
          <w:b w:val="0"/>
          <w:i w:val="0"/>
          <w:sz w:val="24"/>
        </w:rPr>
        <w:t>1 balance électronique (précision 0,1 g ou 1 g)</w:t>
      </w:r>
    </w:p>
    <w:p>
      <w:pPr>
        <w:spacing w:after="80"/>
        <w:ind w:left="340"/>
      </w:pPr>
      <w:r>
        <w:t xml:space="preserve">• </w:t>
      </w:r>
      <w:r>
        <w:rPr>
          <w:b w:val="0"/>
          <w:i w:val="0"/>
          <w:sz w:val="24"/>
        </w:rPr>
        <w:t>1 jeu de masses marquées à crochet (50 g à 500 g) et 3 objets du quotidien (trousse, pomme, trousseau de clés)</w:t>
      </w:r>
    </w:p>
    <w:p>
      <w:pPr>
        <w:spacing w:after="80"/>
        <w:ind w:left="340"/>
      </w:pPr>
      <w:r>
        <w:t xml:space="preserve">• </w:t>
      </w:r>
      <w:r>
        <w:rPr>
          <w:b w:val="0"/>
          <w:i w:val="0"/>
          <w:sz w:val="24"/>
        </w:rPr>
        <w:t>1 potence</w:t>
      </w:r>
    </w:p>
    <w:p>
      <w:pPr>
        <w:spacing w:after="80"/>
        <w:ind w:left="340"/>
      </w:pPr>
      <w:r>
        <w:t xml:space="preserve">• </w:t>
      </w:r>
      <w:r>
        <w:rPr>
          <w:b w:val="0"/>
          <w:i w:val="0"/>
          <w:sz w:val="24"/>
        </w:rPr>
        <w:t>Tableur (facultatif)</w:t>
      </w:r>
    </w:p>
    <w:p>
      <w:pPr>
        <w:pStyle w:val="Heading2"/>
      </w:pPr>
      <w:r>
        <w:rPr>
          <w:b/>
          <w:i w:val="0"/>
          <w:color w:val="1E3A5F"/>
          <w:sz w:val="28"/>
        </w:rPr>
        <w:t>Sécurité</w:t>
      </w:r>
    </w:p>
    <w:p>
      <w:pPr>
        <w:spacing w:after="80"/>
        <w:ind w:left="340"/>
      </w:pPr>
      <w:r>
        <w:t xml:space="preserve">• </w:t>
      </w:r>
      <w:r>
        <w:rPr>
          <w:b w:val="0"/>
          <w:i w:val="0"/>
          <w:sz w:val="24"/>
        </w:rPr>
        <w:t>Ne pas dépasser le calibre du dynamomètre.</w:t>
      </w:r>
    </w:p>
    <w:p>
      <w:pPr>
        <w:spacing w:after="80"/>
        <w:ind w:left="340"/>
      </w:pPr>
      <w:r>
        <w:t xml:space="preserve">• </w:t>
      </w:r>
      <w:r>
        <w:rPr>
          <w:b w:val="0"/>
          <w:i w:val="0"/>
          <w:sz w:val="24"/>
        </w:rPr>
        <w:t>Potence stable ; ne pas laisser tomber les masses (pieds !).</w:t>
      </w:r>
    </w:p>
    <w:p>
      <w:pPr>
        <w:pStyle w:val="Heading2"/>
      </w:pPr>
      <w:r>
        <w:rPr>
          <w:b/>
          <w:i w:val="0"/>
          <w:color w:val="1E3A5F"/>
          <w:sz w:val="28"/>
        </w:rPr>
        <w:t>Protocole</w:t>
      </w:r>
    </w:p>
    <w:p>
      <w:pPr>
        <w:spacing w:after="80"/>
        <w:ind w:left="340"/>
      </w:pPr>
      <w:r>
        <w:t xml:space="preserve">1. </w:t>
      </w:r>
      <w:r>
        <w:rPr>
          <w:b w:val="0"/>
          <w:i w:val="0"/>
          <w:sz w:val="24"/>
        </w:rPr>
        <w:t>Vérifie le zéro du dynamomètre.</w:t>
      </w:r>
    </w:p>
    <w:p>
      <w:pPr>
        <w:spacing w:after="80"/>
        <w:ind w:left="340"/>
      </w:pPr>
      <w:r>
        <w:t xml:space="preserve">2. </w:t>
      </w:r>
      <w:r>
        <w:rPr>
          <w:b w:val="0"/>
          <w:i w:val="0"/>
          <w:sz w:val="24"/>
        </w:rPr>
        <w:t>Pour chaque masse marquée : pèse-la sur la balance (masse m), puis accroche-la au dynamomètre et lis son poids P.</w:t>
      </w:r>
    </w:p>
    <w:p>
      <w:pPr>
        <w:spacing w:after="80"/>
        <w:ind w:left="340"/>
      </w:pPr>
      <w:r>
        <w:t xml:space="preserve">3. </w:t>
      </w:r>
      <w:r>
        <w:rPr>
          <w:b w:val="0"/>
          <w:i w:val="0"/>
          <w:sz w:val="24"/>
        </w:rPr>
        <w:t>Note les résultats dans le tableau ; convertis les masses en kg.</w:t>
      </w:r>
    </w:p>
    <w:p>
      <w:pPr>
        <w:spacing w:after="80"/>
        <w:ind w:left="340"/>
      </w:pPr>
      <w:r>
        <w:t xml:space="preserve">4. </w:t>
      </w:r>
      <w:r>
        <w:rPr>
          <w:b w:val="0"/>
          <w:i w:val="0"/>
          <w:sz w:val="24"/>
        </w:rPr>
        <w:t>Trace P en fonction de m.</w:t>
      </w:r>
    </w:p>
    <w:p>
      <w:pPr>
        <w:spacing w:after="80"/>
        <w:ind w:left="340"/>
      </w:pPr>
      <w:r>
        <w:t xml:space="preserve">5. </w:t>
      </w:r>
      <w:r>
        <w:rPr>
          <w:b w:val="0"/>
          <w:i w:val="0"/>
          <w:sz w:val="24"/>
        </w:rPr>
        <w:t>Pour les 3 objets du quotidien : mesure le poids au dynamomètre, puis prévois leur masse avec ton graphique, enfin vérifie à la balance.</w:t>
      </w:r>
    </w:p>
    <w:p>
      <w:r>
        <w:drawing>
          <wp:inline xmlns:a="http://schemas.openxmlformats.org/drawingml/2006/main" xmlns:pic="http://schemas.openxmlformats.org/drawingml/2006/picture">
            <wp:extent cx="4680000" cy="2927127"/>
            <wp:docPr id="1" name="Picture 1"/>
            <wp:cNvGraphicFramePr>
              <a:graphicFrameLocks noChangeAspect="1"/>
            </wp:cNvGraphicFramePr>
            <a:graphic>
              <a:graphicData uri="http://schemas.openxmlformats.org/drawingml/2006/picture">
                <pic:pic>
                  <pic:nvPicPr>
                    <pic:cNvPr id="0" name="tpe10.png"/>
                    <pic:cNvPicPr/>
                  </pic:nvPicPr>
                  <pic:blipFill>
                    <a:blip r:embed="rId9"/>
                    <a:stretch>
                      <a:fillRect/>
                    </a:stretch>
                  </pic:blipFill>
                  <pic:spPr>
                    <a:xfrm>
                      <a:off x="0" y="0"/>
                      <a:ext cx="4680000" cy="2927127"/>
                    </a:xfrm>
                    <a:prstGeom prst="rect"/>
                  </pic:spPr>
                </pic:pic>
              </a:graphicData>
            </a:graphic>
          </wp:inline>
        </w:drawing>
      </w:r>
    </w:p>
    <w:p>
      <w:pPr>
        <w:pStyle w:val="Heading2"/>
      </w:pPr>
      <w:r>
        <w:rPr>
          <w:b/>
          <w:i w:val="0"/>
          <w:color w:val="1E3A5F"/>
          <w:sz w:val="28"/>
        </w:rPr>
        <w:t>Résultats et exploitation</w:t>
      </w:r>
    </w:p>
    <w:p>
      <w:pPr>
        <w:spacing w:after="80"/>
      </w:pPr>
    </w:p>
    <w:tbl>
      <w:tblPr>
        <w:tblStyle w:val="TableGrid"/>
        <w:tblW w:type="auto" w:w="0"/>
        <w:tblLook w:firstColumn="1" w:firstRow="1" w:lastColumn="0" w:lastRow="0" w:noHBand="0" w:noVBand="1" w:val="04A0"/>
      </w:tblPr>
      <w:tblGrid>
        <w:gridCol w:w="2550"/>
        <w:gridCol w:w="2550"/>
        <w:gridCol w:w="2550"/>
        <w:gridCol w:w="2550"/>
      </w:tblGrid>
      <w:tr>
        <w:tc>
          <w:tcPr>
            <w:tcW w:type="dxa" w:w="2550"/>
            <w:shd w:val="clear" w:color="auto" w:fill="E9EFF7"/>
          </w:tcPr>
          <w:p>
            <w:r>
              <w:rPr>
                <w:b/>
                <w:i w:val="0"/>
                <w:sz w:val="22"/>
              </w:rPr>
              <w:t>m (g)</w:t>
            </w:r>
          </w:p>
        </w:tc>
        <w:tc>
          <w:tcPr>
            <w:tcW w:type="dxa" w:w="2550"/>
            <w:shd w:val="clear" w:color="auto" w:fill="E9EFF7"/>
          </w:tcPr>
          <w:p>
            <w:r>
              <w:rPr>
                <w:b/>
                <w:i w:val="0"/>
                <w:sz w:val="22"/>
              </w:rPr>
              <w:t>m (kg)</w:t>
            </w:r>
          </w:p>
        </w:tc>
        <w:tc>
          <w:tcPr>
            <w:tcW w:type="dxa" w:w="2550"/>
            <w:shd w:val="clear" w:color="auto" w:fill="E9EFF7"/>
          </w:tcPr>
          <w:p>
            <w:r>
              <w:rPr>
                <w:b/>
                <w:i w:val="0"/>
                <w:sz w:val="22"/>
              </w:rPr>
              <w:t>P (N)</w:t>
            </w:r>
          </w:p>
        </w:tc>
        <w:tc>
          <w:tcPr>
            <w:tcW w:type="dxa" w:w="2550"/>
            <w:shd w:val="clear" w:color="auto" w:fill="E9EFF7"/>
          </w:tcPr>
          <w:p>
            <w:r>
              <w:rPr>
                <w:b/>
                <w:i w:val="0"/>
                <w:sz w:val="22"/>
              </w:rPr>
              <w:t>P / m (N/kg)</w:t>
            </w:r>
          </w:p>
        </w:tc>
      </w:tr>
      <w:tr>
        <w:tc>
          <w:tcPr>
            <w:tcW w:type="dxa" w:w="2550"/>
          </w:tcPr>
          <w:p>
            <w:r>
              <w:rPr>
                <w:b w:val="0"/>
                <w:i w:val="0"/>
                <w:sz w:val="22"/>
              </w:rPr>
              <w:t>50</w:t>
            </w:r>
          </w:p>
        </w:tc>
        <w:tc>
          <w:tcPr>
            <w:tcW w:type="dxa" w:w="2550"/>
          </w:tcPr>
          <w:p/>
        </w:tc>
        <w:tc>
          <w:tcPr>
            <w:tcW w:type="dxa" w:w="2550"/>
          </w:tcPr>
          <w:p/>
        </w:tc>
        <w:tc>
          <w:tcPr>
            <w:tcW w:type="dxa" w:w="2550"/>
          </w:tcPr>
          <w:p/>
        </w:tc>
      </w:tr>
      <w:tr>
        <w:tc>
          <w:tcPr>
            <w:tcW w:type="dxa" w:w="2550"/>
          </w:tcPr>
          <w:p>
            <w:r>
              <w:rPr>
                <w:b w:val="0"/>
                <w:i w:val="0"/>
                <w:sz w:val="22"/>
              </w:rPr>
              <w:t>100</w:t>
            </w:r>
          </w:p>
        </w:tc>
        <w:tc>
          <w:tcPr>
            <w:tcW w:type="dxa" w:w="2550"/>
          </w:tcPr>
          <w:p/>
        </w:tc>
        <w:tc>
          <w:tcPr>
            <w:tcW w:type="dxa" w:w="2550"/>
          </w:tcPr>
          <w:p/>
        </w:tc>
        <w:tc>
          <w:tcPr>
            <w:tcW w:type="dxa" w:w="2550"/>
          </w:tcPr>
          <w:p/>
        </w:tc>
      </w:tr>
      <w:tr>
        <w:tc>
          <w:tcPr>
            <w:tcW w:type="dxa" w:w="2550"/>
          </w:tcPr>
          <w:p>
            <w:r>
              <w:rPr>
                <w:b w:val="0"/>
                <w:i w:val="0"/>
                <w:sz w:val="22"/>
              </w:rPr>
              <w:t>200</w:t>
            </w:r>
          </w:p>
        </w:tc>
        <w:tc>
          <w:tcPr>
            <w:tcW w:type="dxa" w:w="2550"/>
          </w:tcPr>
          <w:p/>
        </w:tc>
        <w:tc>
          <w:tcPr>
            <w:tcW w:type="dxa" w:w="2550"/>
          </w:tcPr>
          <w:p/>
        </w:tc>
        <w:tc>
          <w:tcPr>
            <w:tcW w:type="dxa" w:w="2550"/>
          </w:tcPr>
          <w:p/>
        </w:tc>
      </w:tr>
      <w:tr>
        <w:tc>
          <w:tcPr>
            <w:tcW w:type="dxa" w:w="2550"/>
          </w:tcPr>
          <w:p>
            <w:r>
              <w:rPr>
                <w:b w:val="0"/>
                <w:i w:val="0"/>
                <w:sz w:val="22"/>
              </w:rPr>
              <w:t>300</w:t>
            </w:r>
          </w:p>
        </w:tc>
        <w:tc>
          <w:tcPr>
            <w:tcW w:type="dxa" w:w="2550"/>
          </w:tcPr>
          <w:p/>
        </w:tc>
        <w:tc>
          <w:tcPr>
            <w:tcW w:type="dxa" w:w="2550"/>
          </w:tcPr>
          <w:p/>
        </w:tc>
        <w:tc>
          <w:tcPr>
            <w:tcW w:type="dxa" w:w="2550"/>
          </w:tcPr>
          <w:p/>
        </w:tc>
      </w:tr>
      <w:tr>
        <w:tc>
          <w:tcPr>
            <w:tcW w:type="dxa" w:w="2550"/>
          </w:tcPr>
          <w:p>
            <w:r>
              <w:rPr>
                <w:b w:val="0"/>
                <w:i w:val="0"/>
                <w:sz w:val="22"/>
              </w:rPr>
              <w:t>400</w:t>
            </w:r>
          </w:p>
        </w:tc>
        <w:tc>
          <w:tcPr>
            <w:tcW w:type="dxa" w:w="2550"/>
          </w:tcPr>
          <w:p/>
        </w:tc>
        <w:tc>
          <w:tcPr>
            <w:tcW w:type="dxa" w:w="2550"/>
          </w:tcPr>
          <w:p/>
        </w:tc>
        <w:tc>
          <w:tcPr>
            <w:tcW w:type="dxa" w:w="2550"/>
          </w:tcPr>
          <w:p/>
        </w:tc>
      </w:tr>
      <w:tr>
        <w:tc>
          <w:tcPr>
            <w:tcW w:type="dxa" w:w="2550"/>
          </w:tcPr>
          <w:p>
            <w:r>
              <w:rPr>
                <w:b w:val="0"/>
                <w:i w:val="0"/>
                <w:sz w:val="22"/>
              </w:rPr>
              <w:t>500</w:t>
            </w:r>
          </w:p>
        </w:tc>
        <w:tc>
          <w:tcPr>
            <w:tcW w:type="dxa" w:w="2550"/>
          </w:tcPr>
          <w:p/>
        </w:tc>
        <w:tc>
          <w:tcPr>
            <w:tcW w:type="dxa" w:w="2550"/>
          </w:tcPr>
          <w:p/>
        </w:tc>
        <w:tc>
          <w:tcPr>
            <w:tcW w:type="dxa" w:w="2550"/>
          </w:tcPr>
          <w:p/>
        </w:tc>
      </w:tr>
    </w:tbl>
    <w:p/>
    <w:p>
      <w:pPr>
        <w:spacing w:after="80"/>
      </w:pPr>
    </w:p>
    <w:tbl>
      <w:tblPr>
        <w:tblStyle w:val="TableGrid"/>
        <w:tblW w:type="auto" w:w="0"/>
        <w:tblLook w:firstColumn="1" w:firstRow="1" w:lastColumn="0" w:lastRow="0" w:noHBand="0" w:noVBand="1" w:val="04A0"/>
      </w:tblPr>
      <w:tblGrid>
        <w:gridCol w:w="2550"/>
        <w:gridCol w:w="2550"/>
        <w:gridCol w:w="2550"/>
        <w:gridCol w:w="2550"/>
      </w:tblGrid>
      <w:tr>
        <w:tc>
          <w:tcPr>
            <w:tcW w:type="dxa" w:w="2550"/>
            <w:shd w:val="clear" w:color="auto" w:fill="E9EFF7"/>
          </w:tcPr>
          <w:p>
            <w:r>
              <w:rPr>
                <w:b/>
                <w:i w:val="0"/>
                <w:sz w:val="22"/>
              </w:rPr>
              <w:t>Objet</w:t>
            </w:r>
          </w:p>
        </w:tc>
        <w:tc>
          <w:tcPr>
            <w:tcW w:type="dxa" w:w="2550"/>
            <w:shd w:val="clear" w:color="auto" w:fill="E9EFF7"/>
          </w:tcPr>
          <w:p>
            <w:r>
              <w:rPr>
                <w:b/>
                <w:i w:val="0"/>
                <w:sz w:val="22"/>
              </w:rPr>
              <w:t>P mesuré (N)</w:t>
            </w:r>
          </w:p>
        </w:tc>
        <w:tc>
          <w:tcPr>
            <w:tcW w:type="dxa" w:w="2550"/>
            <w:shd w:val="clear" w:color="auto" w:fill="E9EFF7"/>
          </w:tcPr>
          <w:p>
            <w:r>
              <w:rPr>
                <w:b/>
                <w:i w:val="0"/>
                <w:sz w:val="22"/>
              </w:rPr>
              <w:t>m prévue (g)</w:t>
            </w:r>
          </w:p>
        </w:tc>
        <w:tc>
          <w:tcPr>
            <w:tcW w:type="dxa" w:w="2550"/>
            <w:shd w:val="clear" w:color="auto" w:fill="E9EFF7"/>
          </w:tcPr>
          <w:p>
            <w:r>
              <w:rPr>
                <w:b/>
                <w:i w:val="0"/>
                <w:sz w:val="22"/>
              </w:rPr>
              <w:t>m mesurée (g)</w:t>
            </w:r>
          </w:p>
        </w:tc>
      </w:tr>
      <w:tr>
        <w:tc>
          <w:tcPr>
            <w:tcW w:type="dxa" w:w="2550"/>
          </w:tcPr>
          <w:p/>
        </w:tc>
        <w:tc>
          <w:tcPr>
            <w:tcW w:type="dxa" w:w="2550"/>
          </w:tcPr>
          <w:p/>
        </w:tc>
        <w:tc>
          <w:tcPr>
            <w:tcW w:type="dxa" w:w="2550"/>
          </w:tcPr>
          <w:p/>
        </w:tc>
        <w:tc>
          <w:tcPr>
            <w:tcW w:type="dxa" w:w="2550"/>
          </w:tcPr>
          <w:p/>
        </w:tc>
      </w:tr>
      <w:tr>
        <w:tc>
          <w:tcPr>
            <w:tcW w:type="dxa" w:w="2550"/>
          </w:tcPr>
          <w:p/>
        </w:tc>
        <w:tc>
          <w:tcPr>
            <w:tcW w:type="dxa" w:w="2550"/>
          </w:tcPr>
          <w:p/>
        </w:tc>
        <w:tc>
          <w:tcPr>
            <w:tcW w:type="dxa" w:w="2550"/>
          </w:tcPr>
          <w:p/>
        </w:tc>
        <w:tc>
          <w:tcPr>
            <w:tcW w:type="dxa" w:w="2550"/>
          </w:tcPr>
          <w:p/>
        </w:tc>
      </w:tr>
      <w:tr>
        <w:tc>
          <w:tcPr>
            <w:tcW w:type="dxa" w:w="2550"/>
          </w:tcPr>
          <w:p/>
        </w:tc>
        <w:tc>
          <w:tcPr>
            <w:tcW w:type="dxa" w:w="2550"/>
          </w:tcPr>
          <w:p/>
        </w:tc>
        <w:tc>
          <w:tcPr>
            <w:tcW w:type="dxa" w:w="2550"/>
          </w:tcPr>
          <w:p/>
        </w:tc>
        <w:tc>
          <w:tcPr>
            <w:tcW w:type="dxa" w:w="2550"/>
          </w:tcPr>
          <w:p/>
        </w:tc>
      </w:tr>
    </w:tbl>
    <w:p/>
    <w:p>
      <w:r>
        <w:rPr>
          <w:b/>
          <w:i w:val="0"/>
          <w:sz w:val="24"/>
        </w:rPr>
        <w:t xml:space="preserve">1. </w:t>
      </w:r>
      <w:r>
        <w:rPr>
          <w:b w:val="0"/>
          <w:i w:val="0"/>
          <w:sz w:val="24"/>
        </w:rPr>
        <w:t>Quelle est la forme du graphique P = f(m) ? Que peux-tu en conclure ?</w:t>
      </w:r>
    </w:p>
    <w:p>
      <w:r>
        <w:rPr>
          <w:color w:val="999999"/>
          <w:sz w:val="20"/>
        </w:rPr>
        <w:t>.........................................................................................................</w:t>
      </w:r>
    </w:p>
    <w:p>
      <w:r>
        <w:rPr>
          <w:color w:val="999999"/>
          <w:sz w:val="20"/>
        </w:rPr>
        <w:t>.........................................................................................................</w:t>
      </w:r>
    </w:p>
    <w:p>
      <w:r>
        <w:rPr>
          <w:color w:val="999999"/>
          <w:sz w:val="20"/>
        </w:rPr>
        <w:t>.........................................................................................................</w:t>
      </w:r>
    </w:p>
    <w:p>
      <w:r>
        <w:rPr>
          <w:b/>
          <w:i w:val="0"/>
          <w:sz w:val="24"/>
        </w:rPr>
        <w:t xml:space="preserve">2. </w:t>
      </w:r>
      <w:r>
        <w:rPr>
          <w:b w:val="0"/>
          <w:i w:val="0"/>
          <w:sz w:val="24"/>
        </w:rPr>
        <w:t>Calcule P / m pour chaque mesure. Que constates-tu ? Donne une valeur moyenne de g.</w:t>
      </w:r>
    </w:p>
    <w:p>
      <w:r>
        <w:rPr>
          <w:color w:val="999999"/>
          <w:sz w:val="20"/>
        </w:rPr>
        <w:t>.........................................................................................................</w:t>
      </w:r>
    </w:p>
    <w:p>
      <w:r>
        <w:rPr>
          <w:color w:val="999999"/>
          <w:sz w:val="20"/>
        </w:rPr>
        <w:t>.........................................................................................................</w:t>
      </w:r>
    </w:p>
    <w:p>
      <w:r>
        <w:rPr>
          <w:color w:val="999999"/>
          <w:sz w:val="20"/>
        </w:rPr>
        <w:t>.........................................................................................................</w:t>
      </w:r>
    </w:p>
    <w:p>
      <w:r>
        <w:rPr>
          <w:b/>
          <w:i w:val="0"/>
          <w:sz w:val="24"/>
        </w:rPr>
        <w:t xml:space="preserve">3. </w:t>
      </w:r>
      <w:r>
        <w:rPr>
          <w:b w:val="0"/>
          <w:i w:val="0"/>
          <w:sz w:val="24"/>
        </w:rPr>
        <w:t>Compare tes prévisions de masse pour les objets aux mesures à la balance.</w:t>
      </w:r>
    </w:p>
    <w:p>
      <w:r>
        <w:rPr>
          <w:color w:val="999999"/>
          <w:sz w:val="20"/>
        </w:rPr>
        <w:t>.........................................................................................................</w:t>
      </w:r>
    </w:p>
    <w:p>
      <w:r>
        <w:rPr>
          <w:color w:val="999999"/>
          <w:sz w:val="20"/>
        </w:rPr>
        <w:t>.........................................................................................................</w:t>
      </w:r>
    </w:p>
    <w:p>
      <w:r>
        <w:rPr>
          <w:color w:val="999999"/>
          <w:sz w:val="20"/>
        </w:rPr>
        <w:t>.........................................................................................................</w:t>
      </w:r>
    </w:p>
    <w:p>
      <w:r>
        <w:rPr>
          <w:b/>
          <w:i w:val="0"/>
          <w:sz w:val="24"/>
        </w:rPr>
        <w:t xml:space="preserve">4. </w:t>
      </w:r>
      <w:r>
        <w:rPr>
          <w:b w:val="0"/>
          <w:i w:val="0"/>
          <w:sz w:val="24"/>
        </w:rPr>
        <w:t>Sur la Lune, comment seraient les indications de la balance électronique et du dynamomètre ? (La balance électronique affiche une masse calculée à partir de la force qu'elle mesure, avec g = 9,8 N/kg.)</w:t>
      </w:r>
    </w:p>
    <w:p>
      <w:r>
        <w:rPr>
          <w:color w:val="999999"/>
          <w:sz w:val="20"/>
        </w:rPr>
        <w:t>.........................................................................................................</w:t>
      </w:r>
    </w:p>
    <w:p>
      <w:r>
        <w:rPr>
          <w:color w:val="999999"/>
          <w:sz w:val="20"/>
        </w:rPr>
        <w:t>.........................................................................................................</w:t>
      </w:r>
    </w:p>
    <w:p>
      <w:r>
        <w:rPr>
          <w:color w:val="999999"/>
          <w:sz w:val="20"/>
        </w:rPr>
        <w:t>.........................................................................................................</w:t>
      </w:r>
    </w:p>
    <w:p>
      <w:r>
        <w:rPr>
          <w:b/>
          <w:i w:val="0"/>
          <w:sz w:val="24"/>
        </w:rPr>
        <w:t xml:space="preserve">5. </w:t>
      </w:r>
      <w:r>
        <w:rPr>
          <w:b w:val="0"/>
          <w:i w:val="0"/>
          <w:sz w:val="24"/>
        </w:rPr>
        <w:t>Rédige une conclusion utilisant les mots masse, poids, kilogramme, newton.</w:t>
      </w:r>
    </w:p>
    <w:p>
      <w:r>
        <w:rPr>
          <w:color w:val="999999"/>
          <w:sz w:val="20"/>
        </w:rPr>
        <w:t>.........................................................................................................</w:t>
      </w:r>
    </w:p>
    <w:p>
      <w:r>
        <w:rPr>
          <w:color w:val="999999"/>
          <w:sz w:val="20"/>
        </w:rPr>
        <w:t>.........................................................................................................</w:t>
      </w:r>
    </w:p>
    <w:p>
      <w:r>
        <w:rPr>
          <w:color w:val="999999"/>
          <w:sz w:val="20"/>
        </w:rPr>
        <w:t>.........................................................................................................</w:t>
      </w:r>
    </w:p>
    <w:sectPr w:rsidR="00FC693F" w:rsidRPr="0006063C"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