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i w:val="0"/>
          <w:color w:val="3D4A5C"/>
          <w:sz w:val="20"/>
        </w:rPr>
        <w:t>Physique-chimie 3e · Chapitre 11 — Puissance et énergie électrique</w:t>
      </w:r>
    </w:p>
    <w:p>
      <w:pPr>
        <w:pStyle w:val="Title"/>
      </w:pPr>
      <w:r>
        <w:rPr>
          <w:b/>
          <w:i w:val="0"/>
          <w:color w:val="1E3A5F"/>
          <w:sz w:val="40"/>
        </w:rPr>
        <w:t>Activité documentaire — Que se cache-t-il derrière ma facture d'électricité ?</w:t>
      </w:r>
    </w:p>
    <w:p>
      <w:r>
        <w:rPr>
          <w:b w:val="0"/>
          <w:i w:val="0"/>
          <w:sz w:val="22"/>
        </w:rPr>
        <w:t>Nom : ……………………………… Prénom : ……………………… Classe : 3e…… Date : ……………</w:t>
      </w:r>
    </w:p>
    <w:p>
      <w:pPr>
        <w:spacing w:after="80"/>
      </w:pPr>
      <w:r>
        <w:rPr>
          <w:b w:val="0"/>
          <w:i w:val="0"/>
          <w:sz w:val="24"/>
        </w:rPr>
        <w:t xml:space="preserve">Sur chaque appareil, une plaque signalétique indique une </w:t>
      </w:r>
      <w:r>
        <w:rPr>
          <w:b/>
          <w:i w:val="0"/>
          <w:sz w:val="24"/>
        </w:rPr>
        <w:t>puissance</w:t>
      </w:r>
      <w:r>
        <w:rPr>
          <w:b w:val="0"/>
          <w:i w:val="0"/>
          <w:sz w:val="24"/>
        </w:rPr>
        <w:t xml:space="preserve"> en watts. Sur la facture, on paie de l'</w:t>
      </w:r>
      <w:r>
        <w:rPr>
          <w:b/>
          <w:i w:val="0"/>
          <w:sz w:val="24"/>
        </w:rPr>
        <w:t>énergie</w:t>
      </w:r>
      <w:r>
        <w:rPr>
          <w:b w:val="0"/>
          <w:i w:val="0"/>
          <w:sz w:val="24"/>
        </w:rPr>
        <w:t xml:space="preserve"> en kilowattheures. Quel lien entre les deux ?</w:t>
      </w:r>
    </w:p>
    <w:p>
      <w:pPr>
        <w:pStyle w:val="Heading2"/>
      </w:pPr>
      <w:r>
        <w:rPr>
          <w:b/>
          <w:i w:val="0"/>
          <w:color w:val="1E3A5F"/>
          <w:sz w:val="28"/>
        </w:rPr>
        <w:t>Document 1 — La plaque signalétique d'une bouilloire</w:t>
      </w:r>
    </w:p>
    <w:p>
      <w:pPr>
        <w:spacing w:after="80"/>
      </w:pPr>
      <w:r>
        <w:rPr>
          <w:b w:val="0"/>
          <w:i w:val="0"/>
          <w:sz w:val="24"/>
        </w:rPr>
        <w:t xml:space="preserve">« 230 V ~ 50 Hz — 2 000 W ». La </w:t>
      </w:r>
      <w:r>
        <w:rPr>
          <w:b/>
          <w:i w:val="0"/>
          <w:sz w:val="24"/>
        </w:rPr>
        <w:t>tension</w:t>
      </w:r>
      <w:r>
        <w:rPr>
          <w:b w:val="0"/>
          <w:i w:val="0"/>
          <w:sz w:val="24"/>
        </w:rPr>
        <w:t xml:space="preserve"> nominale est 230 V ; la </w:t>
      </w:r>
      <w:r>
        <w:rPr>
          <w:b/>
          <w:i w:val="0"/>
          <w:sz w:val="24"/>
        </w:rPr>
        <w:t>puissance nominale</w:t>
      </w:r>
      <w:r>
        <w:rPr>
          <w:b w:val="0"/>
          <w:i w:val="0"/>
          <w:sz w:val="24"/>
        </w:rPr>
        <w:t xml:space="preserve"> est 2 000 W : c'est la puissance reçue par l'appareil quand il fonctionne normalement.</w:t>
      </w:r>
    </w:p>
    <w:p>
      <w:pPr>
        <w:pStyle w:val="Heading2"/>
      </w:pPr>
      <w:r>
        <w:rPr>
          <w:b/>
          <w:i w:val="0"/>
          <w:color w:val="1E3A5F"/>
          <w:sz w:val="28"/>
        </w:rPr>
        <w:t>Document 2 — Puissance et énergie</w:t>
      </w:r>
    </w:p>
    <w:p>
      <w:pPr>
        <w:spacing w:after="80"/>
      </w:pPr>
      <w:r>
        <w:rPr>
          <w:b w:val="0"/>
          <w:i w:val="0"/>
          <w:sz w:val="24"/>
        </w:rPr>
        <w:t xml:space="preserve">Plus un appareil est </w:t>
      </w:r>
      <w:r>
        <w:rPr>
          <w:b/>
          <w:i w:val="0"/>
          <w:sz w:val="24"/>
        </w:rPr>
        <w:t>puissant</w:t>
      </w:r>
      <w:r>
        <w:rPr>
          <w:b w:val="0"/>
          <w:i w:val="0"/>
          <w:sz w:val="24"/>
        </w:rPr>
        <w:t xml:space="preserve"> et plus il fonctionne </w:t>
      </w:r>
      <w:r>
        <w:rPr>
          <w:b/>
          <w:i w:val="0"/>
          <w:sz w:val="24"/>
        </w:rPr>
        <w:t>longtemps</w:t>
      </w:r>
      <w:r>
        <w:rPr>
          <w:b w:val="0"/>
          <w:i w:val="0"/>
          <w:sz w:val="24"/>
        </w:rPr>
        <w:t xml:space="preserve">, plus il consomme d'énergie : </w:t>
      </w:r>
      <w:r>
        <w:rPr>
          <w:b w:val="0"/>
          <w:i w:val="0"/>
          <w:sz w:val="24"/>
        </w:rPr>
        <w:t>E = P× t</w:t>
      </w:r>
      <w:r>
        <w:rPr>
          <w:b w:val="0"/>
          <w:i w:val="0"/>
          <w:sz w:val="24"/>
        </w:rPr>
        <w:t xml:space="preserve">. Avec P en kilowatts et t en heures, l'énergie est en </w:t>
      </w:r>
      <w:r>
        <w:rPr>
          <w:b/>
          <w:i w:val="0"/>
          <w:sz w:val="24"/>
        </w:rPr>
        <w:t>kilowattheures (kWh)</w:t>
      </w:r>
      <w:r>
        <w:rPr>
          <w:b w:val="0"/>
          <w:i w:val="0"/>
          <w:sz w:val="24"/>
        </w:rPr>
        <w:t>. 1 kWh = 3 600 000 J.</w:t>
      </w:r>
    </w:p>
    <w:p>
      <w:pPr>
        <w:pStyle w:val="Heading2"/>
      </w:pPr>
      <w:r>
        <w:rPr>
          <w:b/>
          <w:i w:val="0"/>
          <w:color w:val="1E3A5F"/>
          <w:sz w:val="28"/>
        </w:rPr>
        <w:t>Document 3 — La facture</w:t>
      </w:r>
    </w:p>
    <w:p>
      <w:pPr>
        <w:spacing w:after="80"/>
      </w:pPr>
      <w:r>
        <w:rPr>
          <w:b w:val="0"/>
          <w:i w:val="0"/>
          <w:sz w:val="24"/>
        </w:rPr>
        <w:t>Valeurs pédagogiques arrondies.</w:t>
      </w:r>
    </w:p>
    <w:p>
      <w:pPr>
        <w:spacing w:after="80"/>
      </w:pPr>
      <w:r>
        <w:rPr>
          <w:b w:val="0"/>
          <w:i w:val="0"/>
          <w:sz w:val="24"/>
        </w:rPr>
        <w:t xml:space="preserve">Le fournisseur facture chaque kWh consommé, ici </w:t>
      </w:r>
      <w:r>
        <w:rPr>
          <w:b/>
          <w:i w:val="0"/>
          <w:sz w:val="24"/>
        </w:rPr>
        <w:t>0,25 €</w:t>
      </w:r>
      <w:r>
        <w:rPr>
          <w:b w:val="0"/>
          <w:i w:val="0"/>
          <w:sz w:val="24"/>
        </w:rPr>
        <w:t>. Un foyer consomme plusieurs milliers de kWh par an.</w:t>
      </w:r>
    </w:p>
    <w:p>
      <w:pPr>
        <w:pStyle w:val="Heading2"/>
      </w:pPr>
      <w:r>
        <w:rPr>
          <w:b/>
          <w:i w:val="0"/>
          <w:color w:val="1E3A5F"/>
          <w:sz w:val="28"/>
        </w:rPr>
        <w:t>Document 4 — Les appareils en veille</w:t>
      </w:r>
    </w:p>
    <w:p>
      <w:pPr>
        <w:spacing w:after="80"/>
      </w:pPr>
      <w:r>
        <w:rPr>
          <w:b w:val="0"/>
          <w:i w:val="0"/>
          <w:sz w:val="24"/>
        </w:rPr>
        <w:t>Une box internet consomme environ 10 W en permanence, même quand on ne l'utilise pas. Sur un an, cela représente près de 90 kWh.</w:t>
      </w:r>
    </w:p>
    <w:p>
      <w:pPr>
        <w:pStyle w:val="Heading1"/>
      </w:pPr>
      <w:r>
        <w:rPr>
          <w:b/>
          <w:i w:val="0"/>
          <w:color w:val="1E3A5F"/>
          <w:sz w:val="32"/>
        </w:rPr>
        <w:t>Questions</w:t>
      </w:r>
    </w:p>
    <w:p>
      <w:r>
        <w:rPr>
          <w:b/>
          <w:i w:val="0"/>
          <w:sz w:val="24"/>
        </w:rPr>
        <w:t xml:space="preserve">1. </w:t>
      </w:r>
      <w:r>
        <w:rPr>
          <w:b w:val="0"/>
          <w:i w:val="0"/>
          <w:sz w:val="24"/>
        </w:rPr>
        <w:t>Que signifient « 230 V » et « 2 000 W » sur la plaque de la bouilloire ?</w:t>
      </w:r>
    </w:p>
    <w:p>
      <w:r>
        <w:rPr>
          <w:color w:val="999999"/>
          <w:sz w:val="20"/>
        </w:rPr>
        <w:t>.........................................................................................................</w:t>
      </w:r>
    </w:p>
    <w:p>
      <w:r>
        <w:rPr>
          <w:color w:val="999999"/>
          <w:sz w:val="20"/>
        </w:rPr>
        <w:t>.........................................................................................................</w:t>
      </w:r>
    </w:p>
    <w:p>
      <w:r>
        <w:rPr>
          <w:color w:val="999999"/>
          <w:sz w:val="20"/>
        </w:rPr>
        <w:t>.........................................................................................................</w:t>
      </w:r>
    </w:p>
    <w:p>
      <w:r>
        <w:rPr>
          <w:b/>
          <w:i w:val="0"/>
          <w:sz w:val="24"/>
        </w:rPr>
        <w:t xml:space="preserve">2. </w:t>
      </w:r>
      <w:r>
        <w:rPr>
          <w:b w:val="0"/>
          <w:i w:val="0"/>
          <w:sz w:val="24"/>
        </w:rPr>
        <w:t>La bouilloire fonctionne 3 min pour chauffer l'eau. Calcule l'énergie consommée en kWh (3 min = 0,05 h).</w:t>
      </w:r>
    </w:p>
    <w:p>
      <w:r>
        <w:rPr>
          <w:color w:val="999999"/>
          <w:sz w:val="20"/>
        </w:rPr>
        <w:t>.........................................................................................................</w:t>
      </w:r>
    </w:p>
    <w:p>
      <w:r>
        <w:rPr>
          <w:color w:val="999999"/>
          <w:sz w:val="20"/>
        </w:rPr>
        <w:t>.........................................................................................................</w:t>
      </w:r>
    </w:p>
    <w:p>
      <w:r>
        <w:rPr>
          <w:color w:val="999999"/>
          <w:sz w:val="20"/>
        </w:rPr>
        <w:t>.........................................................................................................</w:t>
      </w:r>
    </w:p>
    <w:p>
      <w:r>
        <w:rPr>
          <w:b/>
          <w:i w:val="0"/>
          <w:sz w:val="24"/>
        </w:rPr>
        <w:t xml:space="preserve">3. </w:t>
      </w:r>
      <w:r>
        <w:rPr>
          <w:b w:val="0"/>
          <w:i w:val="0"/>
          <w:sz w:val="24"/>
        </w:rPr>
        <w:t>Quel est le coût de cette utilisation ?</w:t>
      </w:r>
    </w:p>
    <w:p>
      <w:r>
        <w:rPr>
          <w:color w:val="999999"/>
          <w:sz w:val="20"/>
        </w:rPr>
        <w:t>.........................................................................................................</w:t>
      </w:r>
    </w:p>
    <w:p>
      <w:r>
        <w:rPr>
          <w:color w:val="999999"/>
          <w:sz w:val="20"/>
        </w:rPr>
        <w:t>.........................................................................................................</w:t>
      </w:r>
    </w:p>
    <w:p>
      <w:r>
        <w:rPr>
          <w:color w:val="999999"/>
          <w:sz w:val="20"/>
        </w:rPr>
        <w:t>.........................................................................................................</w:t>
      </w:r>
    </w:p>
    <w:p>
      <w:r>
        <w:rPr>
          <w:b/>
          <w:i w:val="0"/>
          <w:sz w:val="24"/>
        </w:rPr>
        <w:t xml:space="preserve">4. </w:t>
      </w:r>
      <w:r>
        <w:rPr>
          <w:b w:val="0"/>
          <w:i w:val="0"/>
          <w:sz w:val="24"/>
        </w:rPr>
        <w:t>Vérifie la consommation annuelle de la box : 10 W pendant 24 h × 365 jours.</w:t>
      </w:r>
    </w:p>
    <w:p>
      <w:r>
        <w:rPr>
          <w:color w:val="999999"/>
          <w:sz w:val="20"/>
        </w:rPr>
        <w:t>.........................................................................................................</w:t>
      </w:r>
    </w:p>
    <w:p>
      <w:r>
        <w:rPr>
          <w:color w:val="999999"/>
          <w:sz w:val="20"/>
        </w:rPr>
        <w:t>.........................................................................................................</w:t>
      </w:r>
    </w:p>
    <w:p>
      <w:r>
        <w:rPr>
          <w:color w:val="999999"/>
          <w:sz w:val="20"/>
        </w:rPr>
        <w:t>.........................................................................................................</w:t>
      </w:r>
    </w:p>
    <w:p>
      <w:r>
        <w:rPr>
          <w:b/>
          <w:i w:val="0"/>
          <w:sz w:val="24"/>
        </w:rPr>
        <w:t xml:space="preserve">5. </w:t>
      </w:r>
      <w:r>
        <w:rPr>
          <w:b w:val="0"/>
          <w:i w:val="0"/>
          <w:sz w:val="24"/>
        </w:rPr>
        <w:t>Propose deux gestes pour réduire la facture.</w:t>
      </w:r>
    </w:p>
    <w:p>
      <w:r>
        <w:rPr>
          <w:color w:val="999999"/>
          <w:sz w:val="20"/>
        </w:rPr>
        <w:t>.........................................................................................................</w:t>
      </w:r>
    </w:p>
    <w:p>
      <w:r>
        <w:rPr>
          <w:color w:val="999999"/>
          <w:sz w:val="20"/>
        </w:rPr>
        <w:t>.........................................................................................................</w:t>
      </w:r>
    </w:p>
    <w:p>
      <w:r>
        <w:rPr>
          <w:color w:val="999999"/>
          <w:sz w:val="20"/>
        </w:rPr>
        <w:t>.........................................................................................................</w:t>
      </w:r>
    </w:p>
    <w:p>
      <w:r>
        <w:br w:type="page"/>
      </w:r>
    </w:p>
    <w:p>
      <w:r>
        <w:rPr>
          <w:b w:val="0"/>
          <w:i w:val="0"/>
          <w:color w:val="3D4A5C"/>
          <w:sz w:val="20"/>
        </w:rPr>
        <w:t>Physique-chimie 3e · Chapitre 11 — Puissance et énergie électrique</w:t>
      </w:r>
    </w:p>
    <w:p>
      <w:pPr>
        <w:pStyle w:val="Title"/>
      </w:pPr>
      <w:r>
        <w:rPr>
          <w:b/>
          <w:i w:val="0"/>
          <w:color w:val="1E3A5F"/>
          <w:sz w:val="40"/>
        </w:rPr>
        <w:t>Fiche d’exercices</w:t>
      </w:r>
    </w:p>
    <w:p>
      <w:r>
        <w:rPr>
          <w:b w:val="0"/>
          <w:i w:val="0"/>
          <w:sz w:val="22"/>
        </w:rPr>
        <w:t>Nom : ……………………………… Prénom : ……………………… Classe : 3e…… Date : ……………</w:t>
      </w:r>
    </w:p>
    <w:p>
      <w:pPr>
        <w:pStyle w:val="Heading1"/>
      </w:pPr>
      <w:r>
        <w:rPr>
          <w:b/>
          <w:i w:val="0"/>
          <w:color w:val="1E3A5F"/>
          <w:sz w:val="32"/>
        </w:rPr>
        <w:t>Premiers pas (très guidés)</w:t>
      </w:r>
    </w:p>
    <w:p>
      <w:pPr>
        <w:pStyle w:val="Heading2"/>
      </w:pPr>
      <w:r>
        <w:rPr>
          <w:b/>
          <w:i w:val="0"/>
          <w:color w:val="1E3A5F"/>
          <w:sz w:val="28"/>
        </w:rPr>
        <w:t>PP1 · Calculer une puissance — Premiers pas</w:t>
      </w:r>
    </w:p>
    <w:p>
      <w:pPr>
        <w:spacing w:after="80"/>
      </w:pPr>
      <w:r>
        <w:rPr>
          <w:b w:val="0"/>
          <w:i w:val="0"/>
          <w:sz w:val="24"/>
        </w:rPr>
        <w:t xml:space="preserve">Une lampe de vélo fonctionne sous 6 V et est traversée par 0,5 A. </w:t>
      </w:r>
      <w:r>
        <w:rPr>
          <w:b w:val="0"/>
          <w:i w:val="0"/>
          <w:sz w:val="24"/>
        </w:rPr>
        <w:t>Aide : P = U × I.</w:t>
      </w:r>
    </w:p>
    <w:p>
      <w:r>
        <w:rPr>
          <w:b/>
          <w:i w:val="0"/>
          <w:sz w:val="24"/>
        </w:rPr>
        <w:t xml:space="preserve">a) </w:t>
      </w:r>
      <w:r>
        <w:rPr>
          <w:b w:val="0"/>
          <w:i w:val="0"/>
          <w:sz w:val="24"/>
        </w:rPr>
        <w:t>Écris la relation.</w:t>
      </w:r>
    </w:p>
    <w:p>
      <w:r>
        <w:rPr>
          <w:color w:val="999999"/>
          <w:sz w:val="20"/>
        </w:rPr>
        <w:t>.........................................................................................................</w:t>
      </w:r>
    </w:p>
    <w:p>
      <w:r>
        <w:rPr>
          <w:color w:val="999999"/>
          <w:sz w:val="20"/>
        </w:rPr>
        <w:t>.........................................................................................................</w:t>
      </w:r>
    </w:p>
    <w:p>
      <w:r>
        <w:rPr>
          <w:b/>
          <w:i w:val="0"/>
          <w:sz w:val="24"/>
        </w:rPr>
        <w:t xml:space="preserve">b) </w:t>
      </w:r>
      <w:r>
        <w:rPr>
          <w:b w:val="0"/>
          <w:i w:val="0"/>
          <w:sz w:val="24"/>
        </w:rPr>
        <w:t>Remplace U et I par leurs valeurs.</w:t>
      </w:r>
    </w:p>
    <w:p>
      <w:r>
        <w:rPr>
          <w:color w:val="999999"/>
          <w:sz w:val="20"/>
        </w:rPr>
        <w:t>.........................................................................................................</w:t>
      </w:r>
    </w:p>
    <w:p>
      <w:r>
        <w:rPr>
          <w:color w:val="999999"/>
          <w:sz w:val="20"/>
        </w:rPr>
        <w:t>.........................................................................................................</w:t>
      </w:r>
    </w:p>
    <w:p>
      <w:r>
        <w:rPr>
          <w:b/>
          <w:i w:val="0"/>
          <w:sz w:val="24"/>
        </w:rPr>
        <w:t xml:space="preserve">c) </w:t>
      </w:r>
      <w:r>
        <w:rPr>
          <w:b w:val="0"/>
          <w:i w:val="0"/>
          <w:sz w:val="24"/>
        </w:rPr>
        <w:t>Calcule P avec son unité.</w:t>
      </w:r>
    </w:p>
    <w:p>
      <w:r>
        <w:rPr>
          <w:color w:val="999999"/>
          <w:sz w:val="20"/>
        </w:rPr>
        <w:t>.........................................................................................................</w:t>
      </w:r>
    </w:p>
    <w:p>
      <w:r>
        <w:rPr>
          <w:color w:val="999999"/>
          <w:sz w:val="20"/>
        </w:rPr>
        <w:t>.........................................................................................................</w:t>
      </w:r>
    </w:p>
    <w:p>
      <w:pPr>
        <w:pStyle w:val="Heading2"/>
      </w:pPr>
      <w:r>
        <w:rPr>
          <w:b/>
          <w:i w:val="0"/>
          <w:color w:val="1E3A5F"/>
          <w:sz w:val="28"/>
        </w:rPr>
        <w:t>PP2 · Calculer une énergie en kWh — Premiers pas</w:t>
      </w:r>
    </w:p>
    <w:p>
      <w:pPr>
        <w:spacing w:after="80"/>
      </w:pPr>
      <w:r>
        <w:rPr>
          <w:b w:val="0"/>
          <w:i w:val="0"/>
          <w:sz w:val="24"/>
        </w:rPr>
        <w:t xml:space="preserve">Un fer à repasser de 2 000 W fonctionne pendant 2 h. </w:t>
      </w:r>
      <w:r>
        <w:rPr>
          <w:b w:val="0"/>
          <w:i w:val="0"/>
          <w:sz w:val="24"/>
        </w:rPr>
        <w:t>Aide : convertis 2 000 W en kW (÷ 1 000), puis E = P × t.</w:t>
      </w:r>
    </w:p>
    <w:p>
      <w:r>
        <w:rPr>
          <w:b/>
          <w:i w:val="0"/>
          <w:sz w:val="24"/>
        </w:rPr>
        <w:t xml:space="preserve">a) </w:t>
      </w:r>
      <w:r>
        <w:rPr>
          <w:b w:val="0"/>
          <w:i w:val="0"/>
          <w:sz w:val="24"/>
        </w:rPr>
        <w:t>Convertis la puissance en kW.</w:t>
      </w:r>
    </w:p>
    <w:p>
      <w:r>
        <w:rPr>
          <w:color w:val="999999"/>
          <w:sz w:val="20"/>
        </w:rPr>
        <w:t>.........................................................................................................</w:t>
      </w:r>
    </w:p>
    <w:p>
      <w:r>
        <w:rPr>
          <w:color w:val="999999"/>
          <w:sz w:val="20"/>
        </w:rPr>
        <w:t>.........................................................................................................</w:t>
      </w:r>
    </w:p>
    <w:p>
      <w:r>
        <w:rPr>
          <w:b/>
          <w:i w:val="0"/>
          <w:sz w:val="24"/>
        </w:rPr>
        <w:t xml:space="preserve">b) </w:t>
      </w:r>
      <w:r>
        <w:rPr>
          <w:b w:val="0"/>
          <w:i w:val="0"/>
          <w:sz w:val="24"/>
        </w:rPr>
        <w:t>Calcule E en kWh.</w:t>
      </w:r>
    </w:p>
    <w:p>
      <w:r>
        <w:rPr>
          <w:color w:val="999999"/>
          <w:sz w:val="20"/>
        </w:rPr>
        <w:t>.........................................................................................................</w:t>
      </w:r>
    </w:p>
    <w:p>
      <w:r>
        <w:rPr>
          <w:color w:val="999999"/>
          <w:sz w:val="20"/>
        </w:rPr>
        <w:t>.........................................................................................................</w:t>
      </w:r>
    </w:p>
    <w:p>
      <w:r>
        <w:rPr>
          <w:b/>
          <w:i w:val="0"/>
          <w:sz w:val="24"/>
        </w:rPr>
        <w:t xml:space="preserve">c) </w:t>
      </w:r>
      <w:r>
        <w:rPr>
          <w:b w:val="0"/>
          <w:i w:val="0"/>
          <w:sz w:val="24"/>
        </w:rPr>
        <w:t>Calcule le coût (0,25 € le kWh).</w:t>
      </w:r>
    </w:p>
    <w:p>
      <w:r>
        <w:rPr>
          <w:color w:val="999999"/>
          <w:sz w:val="20"/>
        </w:rPr>
        <w:t>.........................................................................................................</w:t>
      </w:r>
    </w:p>
    <w:p>
      <w:r>
        <w:rPr>
          <w:color w:val="999999"/>
          <w:sz w:val="20"/>
        </w:rPr>
        <w:t>.........................................................................................................</w:t>
      </w:r>
    </w:p>
    <w:p>
      <w:pPr>
        <w:pStyle w:val="Heading2"/>
      </w:pPr>
      <w:r>
        <w:rPr>
          <w:b/>
          <w:i w:val="0"/>
          <w:color w:val="1E3A5F"/>
          <w:sz w:val="28"/>
        </w:rPr>
        <w:t>PP3 · Lire une plaque signalétique — Premiers pas</w:t>
      </w:r>
    </w:p>
    <w:p>
      <w:pPr>
        <w:spacing w:after="80"/>
      </w:pPr>
      <w:r>
        <w:rPr>
          <w:b w:val="0"/>
          <w:i w:val="0"/>
          <w:sz w:val="24"/>
        </w:rPr>
        <w:t xml:space="preserve">Plaque d'un aspirateur : « 230 V ~ 50 Hz – 700 W ». </w:t>
      </w:r>
      <w:r>
        <w:rPr>
          <w:b w:val="0"/>
          <w:i w:val="0"/>
          <w:sz w:val="24"/>
        </w:rPr>
        <w:t>Aide : V = volt (tension) ; W = watt (puissance).</w:t>
      </w:r>
    </w:p>
    <w:p>
      <w:r>
        <w:rPr>
          <w:b/>
          <w:i w:val="0"/>
          <w:sz w:val="24"/>
        </w:rPr>
        <w:t xml:space="preserve">a) </w:t>
      </w:r>
      <w:r>
        <w:rPr>
          <w:b w:val="0"/>
          <w:i w:val="0"/>
          <w:sz w:val="24"/>
        </w:rPr>
        <w:t>Quelle est la tension nominale ?</w:t>
      </w:r>
    </w:p>
    <w:p>
      <w:r>
        <w:rPr>
          <w:color w:val="999999"/>
          <w:sz w:val="20"/>
        </w:rPr>
        <w:t>.........................................................................................................</w:t>
      </w:r>
    </w:p>
    <w:p>
      <w:r>
        <w:rPr>
          <w:color w:val="999999"/>
          <w:sz w:val="20"/>
        </w:rPr>
        <w:t>.........................................................................................................</w:t>
      </w:r>
    </w:p>
    <w:p>
      <w:r>
        <w:rPr>
          <w:b/>
          <w:i w:val="0"/>
          <w:sz w:val="24"/>
        </w:rPr>
        <w:t xml:space="preserve">b) </w:t>
      </w:r>
      <w:r>
        <w:rPr>
          <w:b w:val="0"/>
          <w:i w:val="0"/>
          <w:sz w:val="24"/>
        </w:rPr>
        <w:t>Quelle est la puissance nominale ?</w:t>
      </w:r>
    </w:p>
    <w:p>
      <w:r>
        <w:rPr>
          <w:color w:val="999999"/>
          <w:sz w:val="20"/>
        </w:rPr>
        <w:t>.........................................................................................................</w:t>
      </w:r>
    </w:p>
    <w:p>
      <w:r>
        <w:rPr>
          <w:color w:val="999999"/>
          <w:sz w:val="20"/>
        </w:rPr>
        <w:t>.........................................................................................................</w:t>
      </w:r>
    </w:p>
    <w:p>
      <w:r>
        <w:rPr>
          <w:b/>
          <w:i w:val="0"/>
          <w:sz w:val="24"/>
        </w:rPr>
        <w:t xml:space="preserve">c) </w:t>
      </w:r>
      <w:r>
        <w:rPr>
          <w:b w:val="0"/>
          <w:i w:val="0"/>
          <w:sz w:val="24"/>
        </w:rPr>
        <w:t>Calcule l'intensité qui le traverse (I = P / U).</w:t>
      </w:r>
    </w:p>
    <w:p>
      <w:r>
        <w:rPr>
          <w:color w:val="999999"/>
          <w:sz w:val="20"/>
        </w:rPr>
        <w:t>.........................................................................................................</w:t>
      </w:r>
    </w:p>
    <w:p>
      <w:r>
        <w:rPr>
          <w:color w:val="999999"/>
          <w:sz w:val="20"/>
        </w:rPr>
        <w:t>.........................................................................................................</w:t>
      </w:r>
    </w:p>
    <w:p>
      <w:pPr>
        <w:pStyle w:val="Heading1"/>
      </w:pPr>
      <w:r>
        <w:rPr>
          <w:b/>
          <w:i w:val="0"/>
          <w:color w:val="1E3A5F"/>
          <w:sz w:val="32"/>
        </w:rPr>
        <w:t>Exercices progressifs</w:t>
      </w:r>
    </w:p>
    <w:p>
      <w:pPr>
        <w:pStyle w:val="Heading2"/>
      </w:pPr>
      <w:r>
        <w:rPr>
          <w:b/>
          <w:i w:val="0"/>
          <w:color w:val="1E3A5F"/>
          <w:sz w:val="28"/>
        </w:rPr>
        <w:t>Exercice 1 · Puissances de lampes ★☆☆☆☆</w:t>
      </w:r>
    </w:p>
    <w:p>
      <w:pPr>
        <w:spacing w:after="80"/>
      </w:pPr>
      <w:r>
        <w:rPr>
          <w:b w:val="0"/>
          <w:i w:val="0"/>
          <w:sz w:val="24"/>
        </w:rPr>
        <w:t>Lampe 1 : U = 6 V, I = 0,10 A. Lampe 2 : U = 6 V, I = 0,30 A.</w:t>
      </w:r>
    </w:p>
    <w:p>
      <w:r>
        <w:rPr>
          <w:b/>
          <w:i w:val="0"/>
          <w:sz w:val="24"/>
        </w:rPr>
        <w:t xml:space="preserve">a) </w:t>
      </w:r>
      <w:r>
        <w:rPr>
          <w:b w:val="0"/>
          <w:i w:val="0"/>
          <w:sz w:val="24"/>
        </w:rPr>
        <w:t>Calcule la puissance de chaque lampe.</w:t>
      </w:r>
    </w:p>
    <w:p>
      <w:r>
        <w:rPr>
          <w:color w:val="999999"/>
          <w:sz w:val="20"/>
        </w:rPr>
        <w:t>.........................................................................................................</w:t>
      </w:r>
    </w:p>
    <w:p>
      <w:r>
        <w:rPr>
          <w:color w:val="999999"/>
          <w:sz w:val="20"/>
        </w:rPr>
        <w:t>.........................................................................................................</w:t>
      </w:r>
    </w:p>
    <w:p>
      <w:r>
        <w:rPr>
          <w:b/>
          <w:i w:val="0"/>
          <w:sz w:val="24"/>
        </w:rPr>
        <w:t xml:space="preserve">b) </w:t>
      </w:r>
      <w:r>
        <w:rPr>
          <w:b w:val="0"/>
          <w:i w:val="0"/>
          <w:sz w:val="24"/>
        </w:rPr>
        <w:t>Laquelle brille le plus, a priori ? Justifie.</w:t>
      </w:r>
    </w:p>
    <w:p>
      <w:r>
        <w:rPr>
          <w:color w:val="999999"/>
          <w:sz w:val="20"/>
        </w:rPr>
        <w:t>.........................................................................................................</w:t>
      </w:r>
    </w:p>
    <w:p>
      <w:r>
        <w:rPr>
          <w:color w:val="999999"/>
          <w:sz w:val="20"/>
        </w:rPr>
        <w:t>.........................................................................................................</w:t>
      </w:r>
    </w:p>
    <w:p>
      <w:pPr>
        <w:pStyle w:val="Heading2"/>
      </w:pPr>
      <w:r>
        <w:rPr>
          <w:b/>
          <w:i w:val="0"/>
          <w:color w:val="1E3A5F"/>
          <w:sz w:val="28"/>
        </w:rPr>
        <w:t>Exercice 2 · Conversions d'énergie ★☆☆☆☆</w:t>
      </w:r>
    </w:p>
    <w:p>
      <w:pPr>
        <w:spacing w:after="80"/>
      </w:pPr>
      <w:r>
        <w:rPr>
          <w:b w:val="0"/>
          <w:i w:val="0"/>
          <w:sz w:val="24"/>
        </w:rPr>
        <w:t>1 kWh = 3,6 × 10⁶ J.</w:t>
      </w:r>
    </w:p>
    <w:p>
      <w:r>
        <w:rPr>
          <w:b/>
          <w:i w:val="0"/>
          <w:sz w:val="24"/>
        </w:rPr>
        <w:t xml:space="preserve">a) </w:t>
      </w:r>
      <w:r>
        <w:rPr>
          <w:b w:val="0"/>
          <w:i w:val="0"/>
          <w:sz w:val="24"/>
        </w:rPr>
        <w:t>Convertis 0,5 kWh en J.</w:t>
      </w:r>
    </w:p>
    <w:p>
      <w:r>
        <w:rPr>
          <w:color w:val="999999"/>
          <w:sz w:val="20"/>
        </w:rPr>
        <w:t>.........................................................................................................</w:t>
      </w:r>
    </w:p>
    <w:p>
      <w:r>
        <w:rPr>
          <w:color w:val="999999"/>
          <w:sz w:val="20"/>
        </w:rPr>
        <w:t>.........................................................................................................</w:t>
      </w:r>
    </w:p>
    <w:p>
      <w:r>
        <w:rPr>
          <w:b/>
          <w:i w:val="0"/>
          <w:sz w:val="24"/>
        </w:rPr>
        <w:t xml:space="preserve">b) </w:t>
      </w:r>
      <w:r>
        <w:rPr>
          <w:b w:val="0"/>
          <w:i w:val="0"/>
          <w:sz w:val="24"/>
        </w:rPr>
        <w:t>Convertis 7,2 × 10⁵ J en kWh.</w:t>
      </w:r>
    </w:p>
    <w:p>
      <w:r>
        <w:rPr>
          <w:color w:val="999999"/>
          <w:sz w:val="20"/>
        </w:rPr>
        <w:t>.........................................................................................................</w:t>
      </w:r>
    </w:p>
    <w:p>
      <w:r>
        <w:rPr>
          <w:color w:val="999999"/>
          <w:sz w:val="20"/>
        </w:rPr>
        <w:t>.........................................................................................................</w:t>
      </w:r>
    </w:p>
    <w:p>
      <w:r>
        <w:rPr>
          <w:b/>
          <w:i w:val="0"/>
          <w:sz w:val="24"/>
        </w:rPr>
        <w:t xml:space="preserve">c) </w:t>
      </w:r>
      <w:r>
        <w:rPr>
          <w:b w:val="0"/>
          <w:i w:val="0"/>
          <w:sz w:val="24"/>
        </w:rPr>
        <w:t>Une lampe de 60 W fonctionne 10 min. Calcule E en J puis en kWh.</w:t>
      </w:r>
    </w:p>
    <w:p>
      <w:r>
        <w:rPr>
          <w:color w:val="999999"/>
          <w:sz w:val="20"/>
        </w:rPr>
        <w:t>.........................................................................................................</w:t>
      </w:r>
    </w:p>
    <w:p>
      <w:r>
        <w:rPr>
          <w:color w:val="999999"/>
          <w:sz w:val="20"/>
        </w:rPr>
        <w:t>.........................................................................................................</w:t>
      </w:r>
    </w:p>
    <w:p>
      <w:pPr>
        <w:pStyle w:val="Heading2"/>
      </w:pPr>
      <w:r>
        <w:rPr>
          <w:b/>
          <w:i w:val="0"/>
          <w:color w:val="1E3A5F"/>
          <w:sz w:val="28"/>
        </w:rPr>
        <w:t>Exercice 3 · La multiprise ★★☆☆☆</w:t>
      </w:r>
    </w:p>
    <w:p>
      <w:pPr>
        <w:spacing w:after="80"/>
      </w:pPr>
      <w:r>
        <w:rPr>
          <w:b w:val="0"/>
          <w:i w:val="0"/>
          <w:sz w:val="24"/>
        </w:rPr>
        <w:t>Sur une multiprise (16 A max) branchée sur 230 V : radiateur 2 000 W, bouilloire 2 200 W, fer à repasser 1 500 W.</w:t>
      </w:r>
    </w:p>
    <w:p>
      <w:r>
        <w:rPr>
          <w:b/>
          <w:i w:val="0"/>
          <w:sz w:val="24"/>
        </w:rPr>
        <w:t xml:space="preserve">a) </w:t>
      </w:r>
      <w:r>
        <w:rPr>
          <w:b w:val="0"/>
          <w:i w:val="0"/>
          <w:sz w:val="24"/>
        </w:rPr>
        <w:t>Calcule la puissance totale.</w:t>
      </w:r>
    </w:p>
    <w:p>
      <w:r>
        <w:rPr>
          <w:color w:val="999999"/>
          <w:sz w:val="20"/>
        </w:rPr>
        <w:t>.........................................................................................................</w:t>
      </w:r>
    </w:p>
    <w:p>
      <w:r>
        <w:rPr>
          <w:color w:val="999999"/>
          <w:sz w:val="20"/>
        </w:rPr>
        <w:t>.........................................................................................................</w:t>
      </w:r>
    </w:p>
    <w:p>
      <w:r>
        <w:rPr>
          <w:b/>
          <w:i w:val="0"/>
          <w:sz w:val="24"/>
        </w:rPr>
        <w:t xml:space="preserve">b) </w:t>
      </w:r>
      <w:r>
        <w:rPr>
          <w:b w:val="0"/>
          <w:i w:val="0"/>
          <w:sz w:val="24"/>
        </w:rPr>
        <w:t>Calcule l'intensité totale qui traverse le câble de la multiprise.</w:t>
      </w:r>
    </w:p>
    <w:p>
      <w:r>
        <w:rPr>
          <w:color w:val="999999"/>
          <w:sz w:val="20"/>
        </w:rPr>
        <w:t>.........................................................................................................</w:t>
      </w:r>
    </w:p>
    <w:p>
      <w:r>
        <w:rPr>
          <w:color w:val="999999"/>
          <w:sz w:val="20"/>
        </w:rPr>
        <w:t>.........................................................................................................</w:t>
      </w:r>
    </w:p>
    <w:p>
      <w:r>
        <w:rPr>
          <w:b/>
          <w:i w:val="0"/>
          <w:sz w:val="24"/>
        </w:rPr>
        <w:t xml:space="preserve">c) </w:t>
      </w:r>
      <w:r>
        <w:rPr>
          <w:b w:val="0"/>
          <w:i w:val="0"/>
          <w:sz w:val="24"/>
        </w:rPr>
        <w:t>Y a-t-il un danger ? Que se passe-t-il ?</w:t>
      </w:r>
    </w:p>
    <w:p>
      <w:r>
        <w:rPr>
          <w:color w:val="999999"/>
          <w:sz w:val="20"/>
        </w:rPr>
        <w:t>.........................................................................................................</w:t>
      </w:r>
    </w:p>
    <w:p>
      <w:r>
        <w:rPr>
          <w:color w:val="999999"/>
          <w:sz w:val="20"/>
        </w:rPr>
        <w:t>.........................................................................................................</w:t>
      </w:r>
    </w:p>
    <w:p>
      <w:r>
        <w:rPr>
          <w:b/>
          <w:i w:val="0"/>
          <w:sz w:val="24"/>
        </w:rPr>
        <w:t xml:space="preserve">d) </w:t>
      </w:r>
      <w:r>
        <w:rPr>
          <w:b w:val="0"/>
          <w:i w:val="0"/>
          <w:sz w:val="24"/>
        </w:rPr>
        <w:t>Que proposes-tu ?</w:t>
      </w:r>
    </w:p>
    <w:p>
      <w:r>
        <w:rPr>
          <w:color w:val="999999"/>
          <w:sz w:val="20"/>
        </w:rPr>
        <w:t>.........................................................................................................</w:t>
      </w:r>
    </w:p>
    <w:p>
      <w:r>
        <w:rPr>
          <w:color w:val="999999"/>
          <w:sz w:val="20"/>
        </w:rPr>
        <w:t>.........................................................................................................</w:t>
      </w:r>
    </w:p>
    <w:p>
      <w:pPr>
        <w:pStyle w:val="Heading2"/>
      </w:pPr>
      <w:r>
        <w:rPr>
          <w:b/>
          <w:i w:val="0"/>
          <w:color w:val="1E3A5F"/>
          <w:sz w:val="28"/>
        </w:rPr>
        <w:t>Exercice 4 · Les veilles ★★☆☆☆</w:t>
      </w:r>
    </w:p>
    <w:p>
      <w:pPr>
        <w:spacing w:after="80"/>
      </w:pPr>
      <w:r>
        <w:rPr>
          <w:b w:val="0"/>
          <w:i w:val="0"/>
          <w:sz w:val="24"/>
        </w:rPr>
        <w:t>Appareils en veille 24 h/24 : box 10 W, télévision 1 W, décodeur 8 W, console 2 W. Prix : 0,25 €/kWh.</w:t>
      </w:r>
    </w:p>
    <w:p>
      <w:r>
        <w:rPr>
          <w:b/>
          <w:i w:val="0"/>
          <w:sz w:val="24"/>
        </w:rPr>
        <w:t xml:space="preserve">a) </w:t>
      </w:r>
      <w:r>
        <w:rPr>
          <w:b w:val="0"/>
          <w:i w:val="0"/>
          <w:sz w:val="24"/>
        </w:rPr>
        <w:t>Calcule la puissance totale en veille.</w:t>
      </w:r>
    </w:p>
    <w:p>
      <w:r>
        <w:rPr>
          <w:color w:val="999999"/>
          <w:sz w:val="20"/>
        </w:rPr>
        <w:t>.........................................................................................................</w:t>
      </w:r>
    </w:p>
    <w:p>
      <w:r>
        <w:rPr>
          <w:color w:val="999999"/>
          <w:sz w:val="20"/>
        </w:rPr>
        <w:t>.........................................................................................................</w:t>
      </w:r>
    </w:p>
    <w:p>
      <w:r>
        <w:rPr>
          <w:b/>
          <w:i w:val="0"/>
          <w:sz w:val="24"/>
        </w:rPr>
        <w:t xml:space="preserve">b) </w:t>
      </w:r>
      <w:r>
        <w:rPr>
          <w:b w:val="0"/>
          <w:i w:val="0"/>
          <w:sz w:val="24"/>
        </w:rPr>
        <w:t>Calcule l'énergie consommée en un an (8 760 h) en kWh.</w:t>
      </w:r>
    </w:p>
    <w:p>
      <w:r>
        <w:rPr>
          <w:color w:val="999999"/>
          <w:sz w:val="20"/>
        </w:rPr>
        <w:t>.........................................................................................................</w:t>
      </w:r>
    </w:p>
    <w:p>
      <w:r>
        <w:rPr>
          <w:color w:val="999999"/>
          <w:sz w:val="20"/>
        </w:rPr>
        <w:t>.........................................................................................................</w:t>
      </w:r>
    </w:p>
    <w:p>
      <w:r>
        <w:rPr>
          <w:b/>
          <w:i w:val="0"/>
          <w:sz w:val="24"/>
        </w:rPr>
        <w:t xml:space="preserve">c) </w:t>
      </w:r>
      <w:r>
        <w:rPr>
          <w:b w:val="0"/>
          <w:i w:val="0"/>
          <w:sz w:val="24"/>
        </w:rPr>
        <w:t>Calcule le coût annuel.</w:t>
      </w:r>
    </w:p>
    <w:p>
      <w:r>
        <w:rPr>
          <w:color w:val="999999"/>
          <w:sz w:val="20"/>
        </w:rPr>
        <w:t>.........................................................................................................</w:t>
      </w:r>
    </w:p>
    <w:p>
      <w:r>
        <w:rPr>
          <w:color w:val="999999"/>
          <w:sz w:val="20"/>
        </w:rPr>
        <w:t>.........................................................................................................</w:t>
      </w:r>
    </w:p>
    <w:p>
      <w:pPr>
        <w:pStyle w:val="Heading2"/>
      </w:pPr>
      <w:r>
        <w:rPr>
          <w:b/>
          <w:i w:val="0"/>
          <w:color w:val="1E3A5F"/>
          <w:sz w:val="28"/>
        </w:rPr>
        <w:t>Exercice 5 · Choisir un chargeur ★★★☆☆</w:t>
      </w:r>
    </w:p>
    <w:p>
      <w:pPr>
        <w:spacing w:after="80"/>
      </w:pPr>
      <w:r>
        <w:rPr>
          <w:b w:val="0"/>
          <w:i w:val="0"/>
          <w:sz w:val="24"/>
        </w:rPr>
        <w:t>Un chargeur rapide de téléphone indique : « sortie 9 V – 2 A ». Un chargeur ancien : « sortie 5 V – 1 A ». La batterie stocke environ 15 Wh.</w:t>
      </w:r>
    </w:p>
    <w:p>
      <w:r>
        <w:rPr>
          <w:b/>
          <w:i w:val="0"/>
          <w:sz w:val="24"/>
        </w:rPr>
        <w:t xml:space="preserve">a) </w:t>
      </w:r>
      <w:r>
        <w:rPr>
          <w:b w:val="0"/>
          <w:i w:val="0"/>
          <w:sz w:val="24"/>
        </w:rPr>
        <w:t>Calcule la puissance de chaque chargeur.</w:t>
      </w:r>
    </w:p>
    <w:p>
      <w:r>
        <w:rPr>
          <w:color w:val="999999"/>
          <w:sz w:val="20"/>
        </w:rPr>
        <w:t>.........................................................................................................</w:t>
      </w:r>
    </w:p>
    <w:p>
      <w:r>
        <w:rPr>
          <w:color w:val="999999"/>
          <w:sz w:val="20"/>
        </w:rPr>
        <w:t>.........................................................................................................</w:t>
      </w:r>
    </w:p>
    <w:p>
      <w:r>
        <w:rPr>
          <w:b/>
          <w:i w:val="0"/>
          <w:sz w:val="24"/>
        </w:rPr>
        <w:t xml:space="preserve">b) </w:t>
      </w:r>
      <w:r>
        <w:rPr>
          <w:b w:val="0"/>
          <w:i w:val="0"/>
          <w:sz w:val="24"/>
        </w:rPr>
        <w:t>Estime la durée de charge complète avec chacun (on néglige les pertes) : t = E / P.</w:t>
      </w:r>
    </w:p>
    <w:p>
      <w:r>
        <w:rPr>
          <w:color w:val="999999"/>
          <w:sz w:val="20"/>
        </w:rPr>
        <w:t>.........................................................................................................</w:t>
      </w:r>
    </w:p>
    <w:p>
      <w:r>
        <w:rPr>
          <w:color w:val="999999"/>
          <w:sz w:val="20"/>
        </w:rPr>
        <w:t>.........................................................................................................</w:t>
      </w:r>
    </w:p>
    <w:p>
      <w:r>
        <w:rPr>
          <w:b/>
          <w:i w:val="0"/>
          <w:sz w:val="24"/>
        </w:rPr>
        <w:t xml:space="preserve">c) </w:t>
      </w:r>
      <w:r>
        <w:rPr>
          <w:b w:val="0"/>
          <w:i w:val="0"/>
          <w:sz w:val="24"/>
        </w:rPr>
        <w:t>Convertis l'énergie de la batterie en joules.</w:t>
      </w:r>
    </w:p>
    <w:p>
      <w:r>
        <w:rPr>
          <w:color w:val="999999"/>
          <w:sz w:val="20"/>
        </w:rPr>
        <w:t>.........................................................................................................</w:t>
      </w:r>
    </w:p>
    <w:p>
      <w:r>
        <w:rPr>
          <w:color w:val="999999"/>
          <w:sz w:val="20"/>
        </w:rPr>
        <w:t>.........................................................................................................</w:t>
      </w:r>
    </w:p>
    <w:p>
      <w:pPr>
        <w:pStyle w:val="Heading2"/>
      </w:pPr>
      <w:r>
        <w:rPr>
          <w:b/>
          <w:i w:val="0"/>
          <w:color w:val="1E3A5F"/>
          <w:sz w:val="28"/>
        </w:rPr>
        <w:t>Exercice 6 · Loi d'Ohm et puissance ★★★☆☆</w:t>
      </w:r>
    </w:p>
    <w:p>
      <w:pPr>
        <w:spacing w:after="80"/>
      </w:pPr>
      <w:r>
        <w:rPr>
          <w:b w:val="0"/>
          <w:i w:val="0"/>
          <w:sz w:val="24"/>
        </w:rPr>
        <w:t>Un conducteur ohmique de résistance R = 20 Ω est soumis à U = 6 V.</w:t>
      </w:r>
    </w:p>
    <w:p>
      <w:r>
        <w:rPr>
          <w:b/>
          <w:i w:val="0"/>
          <w:sz w:val="24"/>
        </w:rPr>
        <w:t xml:space="preserve">a) </w:t>
      </w:r>
      <w:r>
        <w:rPr>
          <w:b w:val="0"/>
          <w:i w:val="0"/>
          <w:sz w:val="24"/>
        </w:rPr>
        <w:t>Rappelle la loi d'Ohm et calcule l'intensité.</w:t>
      </w:r>
    </w:p>
    <w:p>
      <w:r>
        <w:rPr>
          <w:color w:val="999999"/>
          <w:sz w:val="20"/>
        </w:rPr>
        <w:t>.........................................................................................................</w:t>
      </w:r>
    </w:p>
    <w:p>
      <w:r>
        <w:rPr>
          <w:color w:val="999999"/>
          <w:sz w:val="20"/>
        </w:rPr>
        <w:t>.........................................................................................................</w:t>
      </w:r>
    </w:p>
    <w:p>
      <w:r>
        <w:rPr>
          <w:b/>
          <w:i w:val="0"/>
          <w:sz w:val="24"/>
        </w:rPr>
        <w:t xml:space="preserve">b) </w:t>
      </w:r>
      <w:r>
        <w:rPr>
          <w:b w:val="0"/>
          <w:i w:val="0"/>
          <w:sz w:val="24"/>
        </w:rPr>
        <w:t>Calcule la puissance reçue.</w:t>
      </w:r>
    </w:p>
    <w:p>
      <w:r>
        <w:rPr>
          <w:color w:val="999999"/>
          <w:sz w:val="20"/>
        </w:rPr>
        <w:t>.........................................................................................................</w:t>
      </w:r>
    </w:p>
    <w:p>
      <w:r>
        <w:rPr>
          <w:color w:val="999999"/>
          <w:sz w:val="20"/>
        </w:rPr>
        <w:t>.........................................................................................................</w:t>
      </w:r>
    </w:p>
    <w:p>
      <w:r>
        <w:rPr>
          <w:b/>
          <w:i w:val="0"/>
          <w:sz w:val="24"/>
        </w:rPr>
        <w:t xml:space="preserve">c) </w:t>
      </w:r>
      <w:r>
        <w:rPr>
          <w:b w:val="0"/>
          <w:i w:val="0"/>
          <w:sz w:val="24"/>
        </w:rPr>
        <w:t>Que devient la puissance si la tension double ? Vérifie par le calcul.</w:t>
      </w:r>
    </w:p>
    <w:p>
      <w:r>
        <w:rPr>
          <w:color w:val="999999"/>
          <w:sz w:val="20"/>
        </w:rPr>
        <w:t>.........................................................................................................</w:t>
      </w:r>
    </w:p>
    <w:p>
      <w:r>
        <w:rPr>
          <w:color w:val="999999"/>
          <w:sz w:val="20"/>
        </w:rPr>
        <w:t>.........................................................................................................</w:t>
      </w:r>
    </w:p>
    <w:p>
      <w:pPr>
        <w:pStyle w:val="Heading2"/>
      </w:pPr>
      <w:r>
        <w:rPr>
          <w:b/>
          <w:i w:val="0"/>
          <w:color w:val="1E3A5F"/>
          <w:sz w:val="28"/>
        </w:rPr>
        <w:t>Exercice 7 · Changer ses lampes ★★★★☆</w:t>
      </w:r>
    </w:p>
    <w:p>
      <w:pPr>
        <w:spacing w:after="80"/>
      </w:pPr>
      <w:r>
        <w:rPr>
          <w:b w:val="0"/>
          <w:i w:val="0"/>
          <w:sz w:val="24"/>
        </w:rPr>
        <w:t>Un salon est éclairé par 4 lampes halogènes de 40 W, allumées 4 h par jour. On les remplace par des lampes LED de 5 W (même éclairement). Prix : 0,25 €/kWh. Une lampe LED coûte 6 €.</w:t>
      </w:r>
    </w:p>
    <w:p>
      <w:r>
        <w:rPr>
          <w:b/>
          <w:i w:val="0"/>
          <w:sz w:val="24"/>
        </w:rPr>
        <w:t xml:space="preserve">a) </w:t>
      </w:r>
      <w:r>
        <w:rPr>
          <w:b w:val="0"/>
          <w:i w:val="0"/>
          <w:sz w:val="24"/>
        </w:rPr>
        <w:t>Calcule l'énergie consommée par an avec les halogènes, puis avec les LED.</w:t>
      </w:r>
    </w:p>
    <w:p>
      <w:r>
        <w:rPr>
          <w:color w:val="999999"/>
          <w:sz w:val="20"/>
        </w:rPr>
        <w:t>.........................................................................................................</w:t>
      </w:r>
    </w:p>
    <w:p>
      <w:r>
        <w:rPr>
          <w:color w:val="999999"/>
          <w:sz w:val="20"/>
        </w:rPr>
        <w:t>.........................................................................................................</w:t>
      </w:r>
    </w:p>
    <w:p>
      <w:r>
        <w:rPr>
          <w:b/>
          <w:i w:val="0"/>
          <w:sz w:val="24"/>
        </w:rPr>
        <w:t xml:space="preserve">b) </w:t>
      </w:r>
      <w:r>
        <w:rPr>
          <w:b w:val="0"/>
          <w:i w:val="0"/>
          <w:sz w:val="24"/>
        </w:rPr>
        <w:t>Calcule l'économie annuelle en kWh puis en €.</w:t>
      </w:r>
    </w:p>
    <w:p>
      <w:r>
        <w:rPr>
          <w:color w:val="999999"/>
          <w:sz w:val="20"/>
        </w:rPr>
        <w:t>.........................................................................................................</w:t>
      </w:r>
    </w:p>
    <w:p>
      <w:r>
        <w:rPr>
          <w:color w:val="999999"/>
          <w:sz w:val="20"/>
        </w:rPr>
        <w:t>.........................................................................................................</w:t>
      </w:r>
    </w:p>
    <w:p>
      <w:r>
        <w:rPr>
          <w:b/>
          <w:i w:val="0"/>
          <w:sz w:val="24"/>
        </w:rPr>
        <w:t xml:space="preserve">c) </w:t>
      </w:r>
      <w:r>
        <w:rPr>
          <w:b w:val="0"/>
          <w:i w:val="0"/>
          <w:sz w:val="24"/>
        </w:rPr>
        <w:t>Au bout de combien de temps l'achat des 4 LED est-il remboursé ?</w:t>
      </w:r>
    </w:p>
    <w:p>
      <w:r>
        <w:rPr>
          <w:color w:val="999999"/>
          <w:sz w:val="20"/>
        </w:rPr>
        <w:t>.........................................................................................................</w:t>
      </w:r>
    </w:p>
    <w:p>
      <w:r>
        <w:rPr>
          <w:color w:val="999999"/>
          <w:sz w:val="20"/>
        </w:rPr>
        <w:t>.........................................................................................................</w:t>
      </w:r>
    </w:p>
    <w:p>
      <w:pPr>
        <w:pStyle w:val="Heading2"/>
      </w:pPr>
      <w:r>
        <w:rPr>
          <w:b/>
          <w:i w:val="0"/>
          <w:color w:val="1E3A5F"/>
          <w:sz w:val="28"/>
        </w:rPr>
        <w:t>Exercice 8 · Le circuit de la cuisine ★★★★☆</w:t>
      </w:r>
    </w:p>
    <w:p>
      <w:pPr>
        <w:spacing w:after="80"/>
      </w:pPr>
      <w:r>
        <w:rPr>
          <w:b w:val="0"/>
          <w:i w:val="0"/>
          <w:sz w:val="24"/>
        </w:rPr>
        <w:t>Le tableau électrique d'un logement comporte un disjoncteur de 20 A pour le circuit de la cuisine (230 V). On y branche un four (2 500 W), un lave-vaisselle (2 000 W) et une bouilloire (2 200 W).</w:t>
      </w:r>
    </w:p>
    <w:p>
      <w:r>
        <w:rPr>
          <w:b/>
          <w:i w:val="0"/>
          <w:sz w:val="24"/>
        </w:rPr>
        <w:t xml:space="preserve">a) </w:t>
      </w:r>
      <w:r>
        <w:rPr>
          <w:b w:val="0"/>
          <w:i w:val="0"/>
          <w:sz w:val="24"/>
        </w:rPr>
        <w:t>Calcule la puissance maximale que peut supporter ce circuit.</w:t>
      </w:r>
    </w:p>
    <w:p>
      <w:r>
        <w:rPr>
          <w:color w:val="999999"/>
          <w:sz w:val="20"/>
        </w:rPr>
        <w:t>.........................................................................................................</w:t>
      </w:r>
    </w:p>
    <w:p>
      <w:r>
        <w:rPr>
          <w:color w:val="999999"/>
          <w:sz w:val="20"/>
        </w:rPr>
        <w:t>.........................................................................................................</w:t>
      </w:r>
    </w:p>
    <w:p>
      <w:r>
        <w:rPr>
          <w:b/>
          <w:i w:val="0"/>
          <w:sz w:val="24"/>
        </w:rPr>
        <w:t xml:space="preserve">b) </w:t>
      </w:r>
      <w:r>
        <w:rPr>
          <w:b w:val="0"/>
          <w:i w:val="0"/>
          <w:sz w:val="24"/>
        </w:rPr>
        <w:t>Peut-on utiliser les trois appareils en même temps ? Justifie par un calcul.</w:t>
      </w:r>
    </w:p>
    <w:p>
      <w:r>
        <w:rPr>
          <w:color w:val="999999"/>
          <w:sz w:val="20"/>
        </w:rPr>
        <w:t>.........................................................................................................</w:t>
      </w:r>
    </w:p>
    <w:p>
      <w:r>
        <w:rPr>
          <w:color w:val="999999"/>
          <w:sz w:val="20"/>
        </w:rPr>
        <w:t>.........................................................................................................</w:t>
      </w:r>
    </w:p>
    <w:p>
      <w:r>
        <w:rPr>
          <w:b/>
          <w:i w:val="0"/>
          <w:sz w:val="24"/>
        </w:rPr>
        <w:t xml:space="preserve">c) </w:t>
      </w:r>
      <w:r>
        <w:rPr>
          <w:b w:val="0"/>
          <w:i w:val="0"/>
          <w:sz w:val="24"/>
        </w:rPr>
        <w:t>Pourquoi le disjoncteur coupe-t-il le courant au lieu de laisser les fils chauffer ?</w:t>
      </w:r>
    </w:p>
    <w:p>
      <w:r>
        <w:rPr>
          <w:color w:val="999999"/>
          <w:sz w:val="20"/>
        </w:rPr>
        <w:t>.........................................................................................................</w:t>
      </w:r>
    </w:p>
    <w:p>
      <w:r>
        <w:rPr>
          <w:color w:val="999999"/>
          <w:sz w:val="20"/>
        </w:rPr>
        <w:t>.........................................................................................................</w:t>
      </w:r>
    </w:p>
    <w:p>
      <w:pPr>
        <w:pStyle w:val="Heading2"/>
      </w:pPr>
      <w:r>
        <w:rPr>
          <w:b/>
          <w:i w:val="0"/>
          <w:color w:val="1E3A5F"/>
          <w:sz w:val="28"/>
        </w:rPr>
        <w:t>Exercice 9 · Facture d'un logement ★★★★★ (type brevet)</w:t>
      </w:r>
    </w:p>
    <w:p>
      <w:pPr>
        <w:spacing w:after="80"/>
      </w:pPr>
    </w:p>
    <w:p>
      <w:pPr>
        <w:spacing w:after="80"/>
      </w:pPr>
      <w:r>
        <w:rPr>
          <w:b/>
          <w:i w:val="0"/>
          <w:sz w:val="24"/>
        </w:rPr>
        <w:t>Document 1 — Appareils de la famille Martin</w:t>
      </w:r>
    </w:p>
    <w:p>
      <w:pPr>
        <w:spacing w:after="80"/>
      </w:pPr>
      <w:r>
        <w:rPr>
          <w:b w:val="0"/>
          <w:i w:val="0"/>
          <w:sz w:val="24"/>
        </w:rPr>
        <w:t>Données pédagogiques.</w:t>
      </w:r>
    </w:p>
    <w:p>
      <w:pPr>
        <w:spacing w:after="80"/>
      </w:pPr>
    </w:p>
    <w:tbl>
      <w:tblPr>
        <w:tblStyle w:val="TableGrid"/>
        <w:tblW w:type="auto" w:w="0"/>
        <w:tblLook w:firstColumn="1" w:firstRow="1" w:lastColumn="0" w:lastRow="0" w:noHBand="0" w:noVBand="1" w:val="04A0"/>
      </w:tblPr>
      <w:tblGrid>
        <w:gridCol w:w="3400"/>
        <w:gridCol w:w="3400"/>
        <w:gridCol w:w="3400"/>
      </w:tblGrid>
      <w:tr>
        <w:tc>
          <w:tcPr>
            <w:tcW w:type="dxa" w:w="3400"/>
            <w:shd w:val="clear" w:color="auto" w:fill="E9EFF7"/>
          </w:tcPr>
          <w:p>
            <w:r>
              <w:rPr>
                <w:b/>
                <w:i w:val="0"/>
                <w:sz w:val="22"/>
              </w:rPr>
              <w:t>Appareil</w:t>
            </w:r>
          </w:p>
        </w:tc>
        <w:tc>
          <w:tcPr>
            <w:tcW w:type="dxa" w:w="3400"/>
            <w:shd w:val="clear" w:color="auto" w:fill="E9EFF7"/>
          </w:tcPr>
          <w:p>
            <w:r>
              <w:rPr>
                <w:b/>
                <w:i w:val="0"/>
                <w:sz w:val="22"/>
              </w:rPr>
              <w:t>Puissance</w:t>
            </w:r>
          </w:p>
        </w:tc>
        <w:tc>
          <w:tcPr>
            <w:tcW w:type="dxa" w:w="3400"/>
            <w:shd w:val="clear" w:color="auto" w:fill="E9EFF7"/>
          </w:tcPr>
          <w:p>
            <w:r>
              <w:rPr>
                <w:b/>
                <w:i w:val="0"/>
                <w:sz w:val="22"/>
              </w:rPr>
              <w:t>Utilisation</w:t>
            </w:r>
          </w:p>
        </w:tc>
      </w:tr>
      <w:tr>
        <w:tc>
          <w:tcPr>
            <w:tcW w:type="dxa" w:w="3400"/>
          </w:tcPr>
          <w:p>
            <w:r>
              <w:rPr>
                <w:b w:val="0"/>
                <w:i w:val="0"/>
                <w:sz w:val="22"/>
              </w:rPr>
              <w:t>réfrigérateur</w:t>
            </w:r>
          </w:p>
        </w:tc>
        <w:tc>
          <w:tcPr>
            <w:tcW w:type="dxa" w:w="3400"/>
          </w:tcPr>
          <w:p>
            <w:r>
              <w:rPr>
                <w:b w:val="0"/>
                <w:i w:val="0"/>
                <w:sz w:val="22"/>
              </w:rPr>
              <w:t>150 W (moteur en marche 1/3 du temps)</w:t>
            </w:r>
          </w:p>
        </w:tc>
        <w:tc>
          <w:tcPr>
            <w:tcW w:type="dxa" w:w="3400"/>
          </w:tcPr>
          <w:p>
            <w:r>
              <w:rPr>
                <w:b w:val="0"/>
                <w:i w:val="0"/>
                <w:sz w:val="22"/>
              </w:rPr>
              <w:t>24 h/24</w:t>
            </w:r>
          </w:p>
        </w:tc>
      </w:tr>
      <w:tr>
        <w:tc>
          <w:tcPr>
            <w:tcW w:type="dxa" w:w="3400"/>
          </w:tcPr>
          <w:p>
            <w:r>
              <w:rPr>
                <w:b w:val="0"/>
                <w:i w:val="0"/>
                <w:sz w:val="22"/>
              </w:rPr>
              <w:t>four</w:t>
            </w:r>
          </w:p>
        </w:tc>
        <w:tc>
          <w:tcPr>
            <w:tcW w:type="dxa" w:w="3400"/>
          </w:tcPr>
          <w:p>
            <w:r>
              <w:rPr>
                <w:b w:val="0"/>
                <w:i w:val="0"/>
                <w:sz w:val="22"/>
              </w:rPr>
              <w:t>2 500 W</w:t>
            </w:r>
          </w:p>
        </w:tc>
        <w:tc>
          <w:tcPr>
            <w:tcW w:type="dxa" w:w="3400"/>
          </w:tcPr>
          <w:p>
            <w:r>
              <w:rPr>
                <w:b w:val="0"/>
                <w:i w:val="0"/>
                <w:sz w:val="22"/>
              </w:rPr>
              <w:t>3 h par semaine</w:t>
            </w:r>
          </w:p>
        </w:tc>
      </w:tr>
      <w:tr>
        <w:tc>
          <w:tcPr>
            <w:tcW w:type="dxa" w:w="3400"/>
          </w:tcPr>
          <w:p>
            <w:r>
              <w:rPr>
                <w:b w:val="0"/>
                <w:i w:val="0"/>
                <w:sz w:val="22"/>
              </w:rPr>
              <w:t>lave-linge</w:t>
            </w:r>
          </w:p>
        </w:tc>
        <w:tc>
          <w:tcPr>
            <w:tcW w:type="dxa" w:w="3400"/>
          </w:tcPr>
          <w:p>
            <w:r>
              <w:rPr>
                <w:b w:val="0"/>
                <w:i w:val="0"/>
                <w:sz w:val="22"/>
              </w:rPr>
              <w:t>2 000 W</w:t>
            </w:r>
          </w:p>
        </w:tc>
        <w:tc>
          <w:tcPr>
            <w:tcW w:type="dxa" w:w="3400"/>
          </w:tcPr>
          <w:p>
            <w:r>
              <w:rPr>
                <w:b w:val="0"/>
                <w:i w:val="0"/>
                <w:sz w:val="22"/>
              </w:rPr>
              <w:t>4 cycles de 1,5 h par semaine</w:t>
            </w:r>
          </w:p>
        </w:tc>
      </w:tr>
      <w:tr>
        <w:tc>
          <w:tcPr>
            <w:tcW w:type="dxa" w:w="3400"/>
          </w:tcPr>
          <w:p>
            <w:r>
              <w:rPr>
                <w:b w:val="0"/>
                <w:i w:val="0"/>
                <w:sz w:val="22"/>
              </w:rPr>
              <w:t>éclairage LED</w:t>
            </w:r>
          </w:p>
        </w:tc>
        <w:tc>
          <w:tcPr>
            <w:tcW w:type="dxa" w:w="3400"/>
          </w:tcPr>
          <w:p>
            <w:r>
              <w:rPr>
                <w:b w:val="0"/>
                <w:i w:val="0"/>
                <w:sz w:val="22"/>
              </w:rPr>
              <w:t>60 W au total</w:t>
            </w:r>
          </w:p>
        </w:tc>
        <w:tc>
          <w:tcPr>
            <w:tcW w:type="dxa" w:w="3400"/>
          </w:tcPr>
          <w:p>
            <w:r>
              <w:rPr>
                <w:b w:val="0"/>
                <w:i w:val="0"/>
                <w:sz w:val="22"/>
              </w:rPr>
              <w:t>5 h par jour</w:t>
            </w:r>
          </w:p>
        </w:tc>
      </w:tr>
      <w:tr>
        <w:tc>
          <w:tcPr>
            <w:tcW w:type="dxa" w:w="3400"/>
          </w:tcPr>
          <w:p>
            <w:r>
              <w:rPr>
                <w:b w:val="0"/>
                <w:i w:val="0"/>
                <w:sz w:val="22"/>
              </w:rPr>
              <w:t>box + décodeur</w:t>
            </w:r>
          </w:p>
        </w:tc>
        <w:tc>
          <w:tcPr>
            <w:tcW w:type="dxa" w:w="3400"/>
          </w:tcPr>
          <w:p>
            <w:r>
              <w:rPr>
                <w:b w:val="0"/>
                <w:i w:val="0"/>
                <w:sz w:val="22"/>
              </w:rPr>
              <w:t>18 W</w:t>
            </w:r>
          </w:p>
        </w:tc>
        <w:tc>
          <w:tcPr>
            <w:tcW w:type="dxa" w:w="3400"/>
          </w:tcPr>
          <w:p>
            <w:r>
              <w:rPr>
                <w:b w:val="0"/>
                <w:i w:val="0"/>
                <w:sz w:val="22"/>
              </w:rPr>
              <w:t>24 h/24</w:t>
            </w:r>
          </w:p>
        </w:tc>
      </w:tr>
    </w:tbl>
    <w:p/>
    <w:p>
      <w:pPr>
        <w:spacing w:after="80"/>
      </w:pPr>
    </w:p>
    <w:p>
      <w:pPr>
        <w:spacing w:after="80"/>
      </w:pPr>
      <w:r>
        <w:rPr>
          <w:b/>
          <w:i w:val="0"/>
          <w:sz w:val="24"/>
        </w:rPr>
        <w:t>Document 2 — Tarif</w:t>
      </w:r>
    </w:p>
    <w:p>
      <w:pPr>
        <w:spacing w:after="80"/>
      </w:pPr>
      <w:r>
        <w:rPr>
          <w:b w:val="0"/>
          <w:i w:val="0"/>
          <w:sz w:val="24"/>
        </w:rPr>
        <w:t>Prix du kWh : 0,25 € (valeur pédagogique).</w:t>
      </w:r>
    </w:p>
    <w:p>
      <w:pPr>
        <w:spacing w:after="80"/>
      </w:pPr>
    </w:p>
    <w:p>
      <w:pPr>
        <w:spacing w:after="80"/>
      </w:pPr>
      <w:r>
        <w:rPr>
          <w:b/>
          <w:i w:val="0"/>
          <w:sz w:val="24"/>
        </w:rPr>
        <w:t>Document 3 — Repères</w:t>
      </w:r>
    </w:p>
    <w:p>
      <w:pPr>
        <w:spacing w:after="80"/>
      </w:pPr>
      <w:r>
        <w:rPr>
          <w:b w:val="0"/>
          <w:i w:val="0"/>
          <w:sz w:val="24"/>
        </w:rPr>
        <w:t>1 an = 52 semaines = 365 jours = 8 760 h.</w:t>
      </w:r>
    </w:p>
    <w:p>
      <w:r>
        <w:rPr>
          <w:b/>
          <w:i w:val="0"/>
          <w:sz w:val="24"/>
        </w:rPr>
        <w:t xml:space="preserve">a) </w:t>
      </w:r>
      <w:r>
        <w:rPr>
          <w:b w:val="0"/>
          <w:i w:val="0"/>
          <w:sz w:val="24"/>
        </w:rPr>
        <w:t>Calcule l'énergie consommée en un an par chaque appareil (en kWh).</w:t>
      </w:r>
    </w:p>
    <w:p>
      <w:r>
        <w:rPr>
          <w:color w:val="999999"/>
          <w:sz w:val="20"/>
        </w:rPr>
        <w:t>.........................................................................................................</w:t>
      </w:r>
    </w:p>
    <w:p>
      <w:r>
        <w:rPr>
          <w:color w:val="999999"/>
          <w:sz w:val="20"/>
        </w:rPr>
        <w:t>.........................................................................................................</w:t>
      </w:r>
    </w:p>
    <w:p>
      <w:r>
        <w:rPr>
          <w:b/>
          <w:i w:val="0"/>
          <w:sz w:val="24"/>
        </w:rPr>
        <w:t xml:space="preserve">b) </w:t>
      </w:r>
      <w:r>
        <w:rPr>
          <w:b w:val="0"/>
          <w:i w:val="0"/>
          <w:sz w:val="24"/>
        </w:rPr>
        <w:t>Quel appareil consomme le plus ? Le plus puissant est-il forcément celui qui consomme le plus ?</w:t>
      </w:r>
    </w:p>
    <w:p>
      <w:r>
        <w:rPr>
          <w:color w:val="999999"/>
          <w:sz w:val="20"/>
        </w:rPr>
        <w:t>.........................................................................................................</w:t>
      </w:r>
    </w:p>
    <w:p>
      <w:r>
        <w:rPr>
          <w:color w:val="999999"/>
          <w:sz w:val="20"/>
        </w:rPr>
        <w:t>.........................................................................................................</w:t>
      </w:r>
    </w:p>
    <w:p>
      <w:r>
        <w:rPr>
          <w:b/>
          <w:i w:val="0"/>
          <w:sz w:val="24"/>
        </w:rPr>
        <w:t xml:space="preserve">c) </w:t>
      </w:r>
      <w:r>
        <w:rPr>
          <w:b w:val="0"/>
          <w:i w:val="0"/>
          <w:sz w:val="24"/>
        </w:rPr>
        <w:t>Calcule le coût annuel total.</w:t>
      </w:r>
    </w:p>
    <w:p>
      <w:r>
        <w:rPr>
          <w:color w:val="999999"/>
          <w:sz w:val="20"/>
        </w:rPr>
        <w:t>.........................................................................................................</w:t>
      </w:r>
    </w:p>
    <w:p>
      <w:r>
        <w:rPr>
          <w:color w:val="999999"/>
          <w:sz w:val="20"/>
        </w:rPr>
        <w:t>.........................................................................................................</w:t>
      </w:r>
    </w:p>
    <w:p>
      <w:r>
        <w:rPr>
          <w:b/>
          <w:i w:val="0"/>
          <w:sz w:val="24"/>
        </w:rPr>
        <w:t xml:space="preserve">d) </w:t>
      </w:r>
      <w:r>
        <w:rPr>
          <w:b w:val="0"/>
          <w:i w:val="0"/>
          <w:sz w:val="24"/>
        </w:rPr>
        <w:t>Propose et chiffre une économie possible.</w:t>
      </w:r>
    </w:p>
    <w:p>
      <w:r>
        <w:rPr>
          <w:color w:val="999999"/>
          <w:sz w:val="20"/>
        </w:rPr>
        <w:t>.........................................................................................................</w:t>
      </w:r>
    </w:p>
    <w:p>
      <w:r>
        <w:rPr>
          <w:color w:val="999999"/>
          <w:sz w:val="20"/>
        </w:rPr>
        <w:t>.........................................................................................................</w:t>
      </w:r>
    </w:p>
    <w:p>
      <w:pPr>
        <w:pStyle w:val="Heading2"/>
      </w:pPr>
      <w:r>
        <w:rPr>
          <w:b/>
          <w:i w:val="0"/>
          <w:color w:val="1E3A5F"/>
          <w:sz w:val="28"/>
        </w:rPr>
        <w:t>Exercice 10 · La voiture électrique ★★★★★</w:t>
      </w:r>
    </w:p>
    <w:p>
      <w:pPr>
        <w:spacing w:after="80"/>
      </w:pPr>
      <w:r>
        <w:rPr>
          <w:b w:val="0"/>
          <w:i w:val="0"/>
          <w:sz w:val="24"/>
        </w:rPr>
        <w:t>Une voiture électrique a une batterie de 50 kWh et consomme en moyenne 15 kWh pour 100 km. Elle se recharge sur une borne de 7,4 kW ou sur une prise domestique de 2,3 kW. Prix : 0,25 €/kWh.</w:t>
      </w:r>
    </w:p>
    <w:p>
      <w:r>
        <w:rPr>
          <w:b/>
          <w:i w:val="0"/>
          <w:sz w:val="24"/>
        </w:rPr>
        <w:t xml:space="preserve">a) </w:t>
      </w:r>
      <w:r>
        <w:rPr>
          <w:b w:val="0"/>
          <w:i w:val="0"/>
          <w:sz w:val="24"/>
        </w:rPr>
        <w:t>Calcule l'autonomie de la voiture.</w:t>
      </w:r>
    </w:p>
    <w:p>
      <w:r>
        <w:rPr>
          <w:color w:val="999999"/>
          <w:sz w:val="20"/>
        </w:rPr>
        <w:t>.........................................................................................................</w:t>
      </w:r>
    </w:p>
    <w:p>
      <w:r>
        <w:rPr>
          <w:color w:val="999999"/>
          <w:sz w:val="20"/>
        </w:rPr>
        <w:t>.........................................................................................................</w:t>
      </w:r>
    </w:p>
    <w:p>
      <w:r>
        <w:rPr>
          <w:b/>
          <w:i w:val="0"/>
          <w:sz w:val="24"/>
        </w:rPr>
        <w:t xml:space="preserve">b) </w:t>
      </w:r>
      <w:r>
        <w:rPr>
          <w:b w:val="0"/>
          <w:i w:val="0"/>
          <w:sz w:val="24"/>
        </w:rPr>
        <w:t>Calcule la durée d'une recharge complète sur chaque point de charge (pertes négligées).</w:t>
      </w:r>
    </w:p>
    <w:p>
      <w:r>
        <w:rPr>
          <w:color w:val="999999"/>
          <w:sz w:val="20"/>
        </w:rPr>
        <w:t>.........................................................................................................</w:t>
      </w:r>
    </w:p>
    <w:p>
      <w:r>
        <w:rPr>
          <w:color w:val="999999"/>
          <w:sz w:val="20"/>
        </w:rPr>
        <w:t>.........................................................................................................</w:t>
      </w:r>
    </w:p>
    <w:p>
      <w:r>
        <w:rPr>
          <w:b/>
          <w:i w:val="0"/>
          <w:sz w:val="24"/>
        </w:rPr>
        <w:t xml:space="preserve">c) </w:t>
      </w:r>
      <w:r>
        <w:rPr>
          <w:b w:val="0"/>
          <w:i w:val="0"/>
          <w:sz w:val="24"/>
        </w:rPr>
        <w:t>Calcule le coût de l'énergie pour 100 km.</w:t>
      </w:r>
    </w:p>
    <w:p>
      <w:r>
        <w:rPr>
          <w:color w:val="999999"/>
          <w:sz w:val="20"/>
        </w:rPr>
        <w:t>.........................................................................................................</w:t>
      </w:r>
    </w:p>
    <w:p>
      <w:r>
        <w:rPr>
          <w:color w:val="999999"/>
          <w:sz w:val="20"/>
        </w:rPr>
        <w:t>.........................................................................................................</w:t>
      </w:r>
    </w:p>
    <w:p>
      <w:r>
        <w:rPr>
          <w:b/>
          <w:i w:val="0"/>
          <w:sz w:val="24"/>
        </w:rPr>
        <w:t xml:space="preserve">d) </w:t>
      </w:r>
      <w:r>
        <w:rPr>
          <w:b w:val="0"/>
          <w:i w:val="0"/>
          <w:sz w:val="24"/>
        </w:rPr>
        <w:t>Calcule l'intensité délivrée par la prise domestique (230 V). Pourquoi faut-il une installation adaptée ?</w:t>
      </w:r>
    </w:p>
    <w:p>
      <w:r>
        <w:rPr>
          <w:color w:val="999999"/>
          <w:sz w:val="20"/>
        </w:rPr>
        <w:t>.........................................................................................................</w:t>
      </w:r>
    </w:p>
    <w:p>
      <w:r>
        <w:rPr>
          <w:color w:val="999999"/>
          <w:sz w:val="20"/>
        </w:rPr>
        <w:t>.........................................................................................................</w:t>
      </w:r>
    </w:p>
    <w:p>
      <w:r>
        <w:br w:type="page"/>
      </w:r>
    </w:p>
    <w:p>
      <w:r>
        <w:rPr>
          <w:b w:val="0"/>
          <w:i w:val="0"/>
          <w:color w:val="3D4A5C"/>
          <w:sz w:val="20"/>
        </w:rPr>
        <w:t>Physique-chimie 3e · Chapitre 11 — Puissance et énergie électrique</w:t>
      </w:r>
    </w:p>
    <w:p>
      <w:pPr>
        <w:pStyle w:val="Title"/>
      </w:pPr>
      <w:r>
        <w:rPr>
          <w:b/>
          <w:i w:val="0"/>
          <w:color w:val="1E3A5F"/>
          <w:sz w:val="40"/>
        </w:rPr>
        <w:t>TP expérimental — Mesurer la puissance d'une lampe</w:t>
      </w:r>
    </w:p>
    <w:p>
      <w:r>
        <w:rPr>
          <w:b w:val="0"/>
          <w:i w:val="0"/>
          <w:sz w:val="22"/>
        </w:rPr>
        <w:t>Nom : ……………………………… Prénom : ……………………… Classe : 3e…… Date : ……………</w:t>
      </w:r>
    </w:p>
    <w:p>
      <w:r>
        <w:rPr>
          <w:b/>
          <w:i w:val="0"/>
          <w:sz w:val="24"/>
        </w:rPr>
        <w:t xml:space="preserve">Problème : </w:t>
      </w:r>
      <w:r>
        <w:rPr>
          <w:b w:val="0"/>
          <w:i w:val="0"/>
          <w:sz w:val="24"/>
        </w:rPr>
        <w:t>Comment déterminer expérimentalement la puissance reçue par une lampe, et la comparer à sa puissance nominale ?</w:t>
      </w:r>
    </w:p>
    <w:p>
      <w:r>
        <w:rPr>
          <w:b w:val="0"/>
          <w:i w:val="0"/>
          <w:sz w:val="22"/>
        </w:rPr>
        <w:t>Durée : 55 min · Travail en binôme</w:t>
      </w:r>
    </w:p>
    <w:p>
      <w:pPr>
        <w:pStyle w:val="Heading2"/>
      </w:pPr>
      <w:r>
        <w:rPr>
          <w:b/>
          <w:i w:val="0"/>
          <w:color w:val="1E3A5F"/>
          <w:sz w:val="28"/>
        </w:rPr>
        <w:t>Matériel</w:t>
      </w:r>
    </w:p>
    <w:p>
      <w:pPr>
        <w:spacing w:after="80"/>
        <w:ind w:left="340"/>
      </w:pPr>
      <w:r>
        <w:t xml:space="preserve">• </w:t>
      </w:r>
      <w:r>
        <w:rPr>
          <w:b w:val="0"/>
          <w:i w:val="0"/>
          <w:sz w:val="24"/>
        </w:rPr>
        <w:t>1 générateur de tension continue réglable (0–12 V)</w:t>
      </w:r>
    </w:p>
    <w:p>
      <w:pPr>
        <w:spacing w:after="80"/>
        <w:ind w:left="340"/>
      </w:pPr>
      <w:r>
        <w:t xml:space="preserve">• </w:t>
      </w:r>
      <w:r>
        <w:rPr>
          <w:b w:val="0"/>
          <w:i w:val="0"/>
          <w:sz w:val="24"/>
        </w:rPr>
        <w:t>2 lampes : 6 V – 0,1 A et 6 V – 0,3 A (sur supports)</w:t>
      </w:r>
    </w:p>
    <w:p>
      <w:pPr>
        <w:spacing w:after="80"/>
        <w:ind w:left="340"/>
      </w:pPr>
      <w:r>
        <w:t xml:space="preserve">• </w:t>
      </w:r>
      <w:r>
        <w:rPr>
          <w:b w:val="0"/>
          <w:i w:val="0"/>
          <w:sz w:val="24"/>
        </w:rPr>
        <w:t>2 multimètres (un en voltmètre, un en ampèremètre)</w:t>
      </w:r>
    </w:p>
    <w:p>
      <w:pPr>
        <w:spacing w:after="80"/>
        <w:ind w:left="340"/>
      </w:pPr>
      <w:r>
        <w:t xml:space="preserve">• </w:t>
      </w:r>
      <w:r>
        <w:rPr>
          <w:b w:val="0"/>
          <w:i w:val="0"/>
          <w:sz w:val="24"/>
        </w:rPr>
        <w:t>1 interrupteur, fils de connexion</w:t>
      </w:r>
    </w:p>
    <w:p>
      <w:pPr>
        <w:spacing w:after="80"/>
        <w:ind w:left="340"/>
      </w:pPr>
      <w:r>
        <w:t xml:space="preserve">• </w:t>
      </w:r>
      <w:r>
        <w:rPr>
          <w:b w:val="0"/>
          <w:i w:val="0"/>
          <w:sz w:val="24"/>
        </w:rPr>
        <w:t>Démonstration professeur : 1 wattmètre-prise (« compteur d'énergie ») et 2 appareils du quotidien (lampe LED et bouilloire)</w:t>
      </w:r>
    </w:p>
    <w:p>
      <w:pPr>
        <w:pStyle w:val="Heading2"/>
      </w:pPr>
      <w:r>
        <w:rPr>
          <w:b/>
          <w:i w:val="0"/>
          <w:color w:val="1E3A5F"/>
          <w:sz w:val="28"/>
        </w:rPr>
        <w:t>Sécurité</w:t>
      </w:r>
    </w:p>
    <w:p>
      <w:pPr>
        <w:spacing w:after="80"/>
        <w:ind w:left="340"/>
      </w:pPr>
      <w:r>
        <w:t xml:space="preserve">• </w:t>
      </w:r>
      <w:r>
        <w:rPr>
          <w:b w:val="0"/>
          <w:i w:val="0"/>
          <w:sz w:val="24"/>
        </w:rPr>
        <w:t>Toujours ouvrir l'interrupteur avant de modifier le montage.</w:t>
      </w:r>
    </w:p>
    <w:p>
      <w:pPr>
        <w:spacing w:after="80"/>
        <w:ind w:left="340"/>
      </w:pPr>
      <w:r>
        <w:t xml:space="preserve">• </w:t>
      </w:r>
      <w:r>
        <w:rPr>
          <w:b w:val="0"/>
          <w:i w:val="0"/>
          <w:sz w:val="24"/>
        </w:rPr>
        <w:t>Ampèremètre : brancher d'abord sur le plus grand calibre (10 A), puis descendre.</w:t>
      </w:r>
    </w:p>
    <w:p>
      <w:pPr>
        <w:spacing w:after="80"/>
        <w:ind w:left="340"/>
      </w:pPr>
      <w:r>
        <w:t xml:space="preserve">• </w:t>
      </w:r>
      <w:r>
        <w:rPr>
          <w:b w:val="0"/>
          <w:i w:val="0"/>
          <w:sz w:val="24"/>
        </w:rPr>
        <w:t>Ne pas dépasser 6,5 V aux bornes des lampes.</w:t>
      </w:r>
    </w:p>
    <w:p>
      <w:pPr>
        <w:spacing w:after="80"/>
        <w:ind w:left="340"/>
      </w:pPr>
      <w:r>
        <w:t xml:space="preserve">• </w:t>
      </w:r>
      <w:r>
        <w:rPr>
          <w:b w:val="0"/>
          <w:i w:val="0"/>
          <w:sz w:val="24"/>
        </w:rPr>
        <w:t xml:space="preserve">Secteur 230 V : </w:t>
      </w:r>
      <w:r>
        <w:rPr>
          <w:b/>
          <w:i w:val="0"/>
          <w:sz w:val="24"/>
        </w:rPr>
        <w:t>uniquement</w:t>
      </w:r>
      <w:r>
        <w:rPr>
          <w:b w:val="0"/>
          <w:i w:val="0"/>
          <w:sz w:val="24"/>
        </w:rPr>
        <w:t xml:space="preserve"> manipulé par le professeur (wattmètre-prise).</w:t>
      </w:r>
    </w:p>
    <w:p>
      <w:pPr>
        <w:pStyle w:val="Heading2"/>
      </w:pPr>
      <w:r>
        <w:rPr>
          <w:b/>
          <w:i w:val="0"/>
          <w:color w:val="1E3A5F"/>
          <w:sz w:val="28"/>
        </w:rPr>
        <w:t>Protocole</w:t>
      </w:r>
    </w:p>
    <w:p>
      <w:pPr>
        <w:spacing w:after="80"/>
        <w:ind w:left="340"/>
      </w:pPr>
      <w:r>
        <w:t xml:space="preserve">1. </w:t>
      </w:r>
      <w:r>
        <w:rPr>
          <w:b w:val="0"/>
          <w:i w:val="0"/>
          <w:sz w:val="24"/>
        </w:rPr>
        <w:t>Réalise le montage du schéma avec la lampe 6 V – 0,1 A : ampèremètre en série, voltmètre en dérivation aux bornes de la lampe. Fais vérifier.</w:t>
      </w:r>
    </w:p>
    <w:p>
      <w:pPr>
        <w:spacing w:after="80"/>
        <w:ind w:left="340"/>
      </w:pPr>
      <w:r>
        <w:t xml:space="preserve">2. </w:t>
      </w:r>
      <w:r>
        <w:rPr>
          <w:b w:val="0"/>
          <w:i w:val="0"/>
          <w:sz w:val="24"/>
        </w:rPr>
        <w:t>Règle le générateur pour que U = 1 V aux bornes de la lampe ; mesure I. Recommence pour 2, 3, 4, 5 et 6 V.</w:t>
      </w:r>
    </w:p>
    <w:p>
      <w:pPr>
        <w:spacing w:after="80"/>
        <w:ind w:left="340"/>
      </w:pPr>
      <w:r>
        <w:t xml:space="preserve">3. </w:t>
      </w:r>
      <w:r>
        <w:rPr>
          <w:b w:val="0"/>
          <w:i w:val="0"/>
          <w:sz w:val="24"/>
        </w:rPr>
        <w:t>Calcule P = U × I pour chaque mesure.</w:t>
      </w:r>
    </w:p>
    <w:p>
      <w:pPr>
        <w:spacing w:after="80"/>
        <w:ind w:left="340"/>
      </w:pPr>
      <w:r>
        <w:t xml:space="preserve">4. </w:t>
      </w:r>
      <w:r>
        <w:rPr>
          <w:b w:val="0"/>
          <w:i w:val="0"/>
          <w:sz w:val="24"/>
        </w:rPr>
        <w:t>Pour U = 6 V, recommence avec la lampe 6 V – 0,3 A.</w:t>
      </w:r>
    </w:p>
    <w:p>
      <w:pPr>
        <w:spacing w:after="80"/>
        <w:ind w:left="340"/>
      </w:pPr>
      <w:r>
        <w:t xml:space="preserve">5. </w:t>
      </w:r>
      <w:r>
        <w:rPr>
          <w:b w:val="0"/>
          <w:i w:val="0"/>
          <w:sz w:val="24"/>
        </w:rPr>
        <w:t>Démonstration : le professeur mesure au wattmètre la puissance d'une lampe LED puis d'une bouilloire, et l'énergie consommée pendant 2 min.</w:t>
      </w:r>
    </w:p>
    <w:p>
      <w:r>
        <w:drawing>
          <wp:inline xmlns:a="http://schemas.openxmlformats.org/drawingml/2006/main" xmlns:pic="http://schemas.openxmlformats.org/drawingml/2006/picture">
            <wp:extent cx="4680000" cy="3395127"/>
            <wp:docPr id="1" name="Picture 1"/>
            <wp:cNvGraphicFramePr>
              <a:graphicFrameLocks noChangeAspect="1"/>
            </wp:cNvGraphicFramePr>
            <a:graphic>
              <a:graphicData uri="http://schemas.openxmlformats.org/drawingml/2006/picture">
                <pic:pic>
                  <pic:nvPicPr>
                    <pic:cNvPr id="0" name="tpe11.png"/>
                    <pic:cNvPicPr/>
                  </pic:nvPicPr>
                  <pic:blipFill>
                    <a:blip r:embed="rId9"/>
                    <a:stretch>
                      <a:fillRect/>
                    </a:stretch>
                  </pic:blipFill>
                  <pic:spPr>
                    <a:xfrm>
                      <a:off x="0" y="0"/>
                      <a:ext cx="4680000" cy="3395127"/>
                    </a:xfrm>
                    <a:prstGeom prst="rect"/>
                  </pic:spPr>
                </pic:pic>
              </a:graphicData>
            </a:graphic>
          </wp:inline>
        </w:drawing>
      </w:r>
    </w:p>
    <w:p>
      <w:pPr>
        <w:pStyle w:val="Heading2"/>
      </w:pPr>
      <w:r>
        <w:rPr>
          <w:b/>
          <w:i w:val="0"/>
          <w:color w:val="1E3A5F"/>
          <w:sz w:val="28"/>
        </w:rPr>
        <w:t>Résultats et exploitation</w:t>
      </w:r>
    </w:p>
    <w:p>
      <w:pPr>
        <w:spacing w:after="80"/>
      </w:pPr>
    </w:p>
    <w:tbl>
      <w:tblPr>
        <w:tblStyle w:val="TableGrid"/>
        <w:tblW w:type="auto" w:w="0"/>
        <w:tblLook w:firstColumn="1" w:firstRow="1" w:lastColumn="0" w:lastRow="0" w:noHBand="0" w:noVBand="1" w:val="04A0"/>
      </w:tblPr>
      <w:tblGrid>
        <w:gridCol w:w="1457"/>
        <w:gridCol w:w="1457"/>
        <w:gridCol w:w="1457"/>
        <w:gridCol w:w="1457"/>
        <w:gridCol w:w="1457"/>
        <w:gridCol w:w="1457"/>
        <w:gridCol w:w="1457"/>
      </w:tblGrid>
      <w:tr>
        <w:tc>
          <w:tcPr>
            <w:tcW w:type="dxa" w:w="1457"/>
            <w:shd w:val="clear" w:color="auto" w:fill="E9EFF7"/>
          </w:tcPr>
          <w:p>
            <w:r>
              <w:rPr>
                <w:b/>
                <w:i w:val="0"/>
                <w:sz w:val="22"/>
              </w:rPr>
              <w:t>U (V)</w:t>
            </w:r>
          </w:p>
        </w:tc>
        <w:tc>
          <w:tcPr>
            <w:tcW w:type="dxa" w:w="1457"/>
            <w:shd w:val="clear" w:color="auto" w:fill="E9EFF7"/>
          </w:tcPr>
          <w:p>
            <w:r>
              <w:rPr>
                <w:b/>
                <w:i w:val="0"/>
                <w:sz w:val="22"/>
              </w:rPr>
              <w:t>1</w:t>
            </w:r>
          </w:p>
        </w:tc>
        <w:tc>
          <w:tcPr>
            <w:tcW w:type="dxa" w:w="1457"/>
            <w:shd w:val="clear" w:color="auto" w:fill="E9EFF7"/>
          </w:tcPr>
          <w:p>
            <w:r>
              <w:rPr>
                <w:b/>
                <w:i w:val="0"/>
                <w:sz w:val="22"/>
              </w:rPr>
              <w:t>2</w:t>
            </w:r>
          </w:p>
        </w:tc>
        <w:tc>
          <w:tcPr>
            <w:tcW w:type="dxa" w:w="1457"/>
            <w:shd w:val="clear" w:color="auto" w:fill="E9EFF7"/>
          </w:tcPr>
          <w:p>
            <w:r>
              <w:rPr>
                <w:b/>
                <w:i w:val="0"/>
                <w:sz w:val="22"/>
              </w:rPr>
              <w:t>3</w:t>
            </w:r>
          </w:p>
        </w:tc>
        <w:tc>
          <w:tcPr>
            <w:tcW w:type="dxa" w:w="1457"/>
            <w:shd w:val="clear" w:color="auto" w:fill="E9EFF7"/>
          </w:tcPr>
          <w:p>
            <w:r>
              <w:rPr>
                <w:b/>
                <w:i w:val="0"/>
                <w:sz w:val="22"/>
              </w:rPr>
              <w:t>4</w:t>
            </w:r>
          </w:p>
        </w:tc>
        <w:tc>
          <w:tcPr>
            <w:tcW w:type="dxa" w:w="1457"/>
            <w:shd w:val="clear" w:color="auto" w:fill="E9EFF7"/>
          </w:tcPr>
          <w:p>
            <w:r>
              <w:rPr>
                <w:b/>
                <w:i w:val="0"/>
                <w:sz w:val="22"/>
              </w:rPr>
              <w:t>5</w:t>
            </w:r>
          </w:p>
        </w:tc>
        <w:tc>
          <w:tcPr>
            <w:tcW w:type="dxa" w:w="1457"/>
            <w:shd w:val="clear" w:color="auto" w:fill="E9EFF7"/>
          </w:tcPr>
          <w:p>
            <w:r>
              <w:rPr>
                <w:b/>
                <w:i w:val="0"/>
                <w:sz w:val="22"/>
              </w:rPr>
              <w:t>6</w:t>
            </w:r>
          </w:p>
        </w:tc>
      </w:tr>
      <w:tr>
        <w:tc>
          <w:tcPr>
            <w:tcW w:type="dxa" w:w="1457"/>
          </w:tcPr>
          <w:p>
            <w:r>
              <w:rPr>
                <w:b w:val="0"/>
                <w:i w:val="0"/>
                <w:sz w:val="22"/>
              </w:rPr>
              <w:t>I (A)</w:t>
            </w:r>
          </w:p>
        </w:tc>
        <w:tc>
          <w:tcPr>
            <w:tcW w:type="dxa" w:w="1457"/>
          </w:tcPr>
          <w:p/>
        </w:tc>
        <w:tc>
          <w:tcPr>
            <w:tcW w:type="dxa" w:w="1457"/>
          </w:tcPr>
          <w:p/>
        </w:tc>
        <w:tc>
          <w:tcPr>
            <w:tcW w:type="dxa" w:w="1457"/>
          </w:tcPr>
          <w:p/>
        </w:tc>
        <w:tc>
          <w:tcPr>
            <w:tcW w:type="dxa" w:w="1457"/>
          </w:tcPr>
          <w:p/>
        </w:tc>
        <w:tc>
          <w:tcPr>
            <w:tcW w:type="dxa" w:w="1457"/>
          </w:tcPr>
          <w:p/>
        </w:tc>
        <w:tc>
          <w:tcPr>
            <w:tcW w:type="dxa" w:w="1457"/>
          </w:tcPr>
          <w:p/>
        </w:tc>
      </w:tr>
      <w:tr>
        <w:tc>
          <w:tcPr>
            <w:tcW w:type="dxa" w:w="1457"/>
          </w:tcPr>
          <w:p>
            <w:r>
              <w:rPr>
                <w:b w:val="0"/>
                <w:i w:val="0"/>
                <w:sz w:val="22"/>
              </w:rPr>
              <w:t>P = U × I (W)</w:t>
            </w:r>
          </w:p>
        </w:tc>
        <w:tc>
          <w:tcPr>
            <w:tcW w:type="dxa" w:w="1457"/>
          </w:tcPr>
          <w:p/>
        </w:tc>
        <w:tc>
          <w:tcPr>
            <w:tcW w:type="dxa" w:w="1457"/>
          </w:tcPr>
          <w:p/>
        </w:tc>
        <w:tc>
          <w:tcPr>
            <w:tcW w:type="dxa" w:w="1457"/>
          </w:tcPr>
          <w:p/>
        </w:tc>
        <w:tc>
          <w:tcPr>
            <w:tcW w:type="dxa" w:w="1457"/>
          </w:tcPr>
          <w:p/>
        </w:tc>
        <w:tc>
          <w:tcPr>
            <w:tcW w:type="dxa" w:w="1457"/>
          </w:tcPr>
          <w:p/>
        </w:tc>
        <w:tc>
          <w:tcPr>
            <w:tcW w:type="dxa" w:w="1457"/>
          </w:tcPr>
          <w:p/>
        </w:tc>
      </w:tr>
      <w:tr>
        <w:tc>
          <w:tcPr>
            <w:tcW w:type="dxa" w:w="1457"/>
          </w:tcPr>
          <w:p>
            <w:r>
              <w:rPr>
                <w:b w:val="0"/>
                <w:i w:val="0"/>
                <w:sz w:val="22"/>
              </w:rPr>
              <w:t>éclat de la lampe</w:t>
            </w:r>
          </w:p>
        </w:tc>
        <w:tc>
          <w:tcPr>
            <w:tcW w:type="dxa" w:w="1457"/>
          </w:tcPr>
          <w:p/>
        </w:tc>
        <w:tc>
          <w:tcPr>
            <w:tcW w:type="dxa" w:w="1457"/>
          </w:tcPr>
          <w:p/>
        </w:tc>
        <w:tc>
          <w:tcPr>
            <w:tcW w:type="dxa" w:w="1457"/>
          </w:tcPr>
          <w:p/>
        </w:tc>
        <w:tc>
          <w:tcPr>
            <w:tcW w:type="dxa" w:w="1457"/>
          </w:tcPr>
          <w:p/>
        </w:tc>
        <w:tc>
          <w:tcPr>
            <w:tcW w:type="dxa" w:w="1457"/>
          </w:tcPr>
          <w:p/>
        </w:tc>
        <w:tc>
          <w:tcPr>
            <w:tcW w:type="dxa" w:w="1457"/>
          </w:tcPr>
          <w:p/>
        </w:tc>
      </w:tr>
    </w:tbl>
    <w:p/>
    <w:p>
      <w:pPr>
        <w:spacing w:after="80"/>
      </w:pPr>
    </w:p>
    <w:tbl>
      <w:tblPr>
        <w:tblStyle w:val="TableGrid"/>
        <w:tblW w:type="auto" w:w="0"/>
        <w:tblLook w:firstColumn="1" w:firstRow="1" w:lastColumn="0" w:lastRow="0" w:noHBand="0" w:noVBand="1" w:val="04A0"/>
      </w:tblPr>
      <w:tblGrid>
        <w:gridCol w:w="2550"/>
        <w:gridCol w:w="2550"/>
        <w:gridCol w:w="2550"/>
        <w:gridCol w:w="2550"/>
      </w:tblGrid>
      <w:tr>
        <w:tc>
          <w:tcPr>
            <w:tcW w:type="dxa" w:w="2550"/>
            <w:shd w:val="clear" w:color="auto" w:fill="E9EFF7"/>
          </w:tcPr>
          <w:p>
            <w:r>
              <w:rPr>
                <w:b/>
                <w:i w:val="0"/>
                <w:sz w:val="22"/>
              </w:rPr>
              <w:t>Appareil (démonstration)</w:t>
            </w:r>
          </w:p>
        </w:tc>
        <w:tc>
          <w:tcPr>
            <w:tcW w:type="dxa" w:w="2550"/>
            <w:shd w:val="clear" w:color="auto" w:fill="E9EFF7"/>
          </w:tcPr>
          <w:p>
            <w:r>
              <w:rPr>
                <w:b/>
                <w:i w:val="0"/>
                <w:sz w:val="22"/>
              </w:rPr>
              <w:t>P affichée (W)</w:t>
            </w:r>
          </w:p>
        </w:tc>
        <w:tc>
          <w:tcPr>
            <w:tcW w:type="dxa" w:w="2550"/>
            <w:shd w:val="clear" w:color="auto" w:fill="E9EFF7"/>
          </w:tcPr>
          <w:p>
            <w:r>
              <w:rPr>
                <w:b/>
                <w:i w:val="0"/>
                <w:sz w:val="22"/>
              </w:rPr>
              <w:t>E en 2 min (Wh)</w:t>
            </w:r>
          </w:p>
        </w:tc>
        <w:tc>
          <w:tcPr>
            <w:tcW w:type="dxa" w:w="2550"/>
            <w:shd w:val="clear" w:color="auto" w:fill="E9EFF7"/>
          </w:tcPr>
          <w:p>
            <w:r>
              <w:rPr>
                <w:b/>
                <w:i w:val="0"/>
                <w:sz w:val="22"/>
              </w:rPr>
              <w:t>E calculée = P × t</w:t>
            </w:r>
          </w:p>
        </w:tc>
      </w:tr>
      <w:tr>
        <w:tc>
          <w:tcPr>
            <w:tcW w:type="dxa" w:w="2550"/>
          </w:tcPr>
          <w:p>
            <w:r>
              <w:rPr>
                <w:b w:val="0"/>
                <w:i w:val="0"/>
                <w:sz w:val="22"/>
              </w:rPr>
              <w:t>lampe LED</w:t>
            </w:r>
          </w:p>
        </w:tc>
        <w:tc>
          <w:tcPr>
            <w:tcW w:type="dxa" w:w="2550"/>
          </w:tcPr>
          <w:p/>
        </w:tc>
        <w:tc>
          <w:tcPr>
            <w:tcW w:type="dxa" w:w="2550"/>
          </w:tcPr>
          <w:p/>
        </w:tc>
        <w:tc>
          <w:tcPr>
            <w:tcW w:type="dxa" w:w="2550"/>
          </w:tcPr>
          <w:p/>
        </w:tc>
      </w:tr>
      <w:tr>
        <w:tc>
          <w:tcPr>
            <w:tcW w:type="dxa" w:w="2550"/>
          </w:tcPr>
          <w:p>
            <w:r>
              <w:rPr>
                <w:b w:val="0"/>
                <w:i w:val="0"/>
                <w:sz w:val="22"/>
              </w:rPr>
              <w:t>bouilloire</w:t>
            </w:r>
          </w:p>
        </w:tc>
        <w:tc>
          <w:tcPr>
            <w:tcW w:type="dxa" w:w="2550"/>
          </w:tcPr>
          <w:p/>
        </w:tc>
        <w:tc>
          <w:tcPr>
            <w:tcW w:type="dxa" w:w="2550"/>
          </w:tcPr>
          <w:p/>
        </w:tc>
        <w:tc>
          <w:tcPr>
            <w:tcW w:type="dxa" w:w="2550"/>
          </w:tcPr>
          <w:p/>
        </w:tc>
      </w:tr>
    </w:tbl>
    <w:p/>
    <w:p>
      <w:r>
        <w:rPr>
          <w:b/>
          <w:i w:val="0"/>
          <w:sz w:val="24"/>
        </w:rPr>
        <w:t xml:space="preserve">1. </w:t>
      </w:r>
      <w:r>
        <w:rPr>
          <w:b w:val="0"/>
          <w:i w:val="0"/>
          <w:sz w:val="24"/>
        </w:rPr>
        <w:t>Comment évolue l'éclat de la lampe avec la puissance reçue ?</w:t>
      </w:r>
    </w:p>
    <w:p>
      <w:r>
        <w:rPr>
          <w:color w:val="999999"/>
          <w:sz w:val="20"/>
        </w:rPr>
        <w:t>.........................................................................................................</w:t>
      </w:r>
    </w:p>
    <w:p>
      <w:r>
        <w:rPr>
          <w:color w:val="999999"/>
          <w:sz w:val="20"/>
        </w:rPr>
        <w:t>.........................................................................................................</w:t>
      </w:r>
    </w:p>
    <w:p>
      <w:r>
        <w:rPr>
          <w:color w:val="999999"/>
          <w:sz w:val="20"/>
        </w:rPr>
        <w:t>.........................................................................................................</w:t>
      </w:r>
    </w:p>
    <w:p>
      <w:r>
        <w:rPr>
          <w:b/>
          <w:i w:val="0"/>
          <w:sz w:val="24"/>
        </w:rPr>
        <w:t xml:space="preserve">2. </w:t>
      </w:r>
      <w:r>
        <w:rPr>
          <w:b w:val="0"/>
          <w:i w:val="0"/>
          <w:sz w:val="24"/>
        </w:rPr>
        <w:t>Calcule la puissance nominale de chaque lampe (indications 6 V – 0,1 A et 6 V – 0,3 A) et compare à tes mesures sous 6 V.</w:t>
      </w:r>
    </w:p>
    <w:p>
      <w:r>
        <w:rPr>
          <w:color w:val="999999"/>
          <w:sz w:val="20"/>
        </w:rPr>
        <w:t>.........................................................................................................</w:t>
      </w:r>
    </w:p>
    <w:p>
      <w:r>
        <w:rPr>
          <w:color w:val="999999"/>
          <w:sz w:val="20"/>
        </w:rPr>
        <w:t>.........................................................................................................</w:t>
      </w:r>
    </w:p>
    <w:p>
      <w:r>
        <w:rPr>
          <w:color w:val="999999"/>
          <w:sz w:val="20"/>
        </w:rPr>
        <w:t>.........................................................................................................</w:t>
      </w:r>
    </w:p>
    <w:p>
      <w:r>
        <w:rPr>
          <w:b/>
          <w:i w:val="0"/>
          <w:sz w:val="24"/>
        </w:rPr>
        <w:t xml:space="preserve">3. </w:t>
      </w:r>
      <w:r>
        <w:rPr>
          <w:b w:val="0"/>
          <w:i w:val="0"/>
          <w:sz w:val="24"/>
        </w:rPr>
        <w:t>Trace P en fonction de U. Est-ce une droite ?</w:t>
      </w:r>
    </w:p>
    <w:p>
      <w:r>
        <w:rPr>
          <w:color w:val="999999"/>
          <w:sz w:val="20"/>
        </w:rPr>
        <w:t>.........................................................................................................</w:t>
      </w:r>
    </w:p>
    <w:p>
      <w:r>
        <w:rPr>
          <w:color w:val="999999"/>
          <w:sz w:val="20"/>
        </w:rPr>
        <w:t>.........................................................................................................</w:t>
      </w:r>
    </w:p>
    <w:p>
      <w:r>
        <w:rPr>
          <w:color w:val="999999"/>
          <w:sz w:val="20"/>
        </w:rPr>
        <w:t>.........................................................................................................</w:t>
      </w:r>
    </w:p>
    <w:p>
      <w:r>
        <w:rPr>
          <w:b/>
          <w:i w:val="0"/>
          <w:sz w:val="24"/>
        </w:rPr>
        <w:t xml:space="preserve">4. </w:t>
      </w:r>
      <w:r>
        <w:rPr>
          <w:b w:val="0"/>
          <w:i w:val="0"/>
          <w:sz w:val="24"/>
        </w:rPr>
        <w:t>Démonstration : vérifie la relation E = P × t avec les valeurs du wattmètre.</w:t>
      </w:r>
    </w:p>
    <w:p>
      <w:r>
        <w:rPr>
          <w:color w:val="999999"/>
          <w:sz w:val="20"/>
        </w:rPr>
        <w:t>.........................................................................................................</w:t>
      </w:r>
    </w:p>
    <w:p>
      <w:r>
        <w:rPr>
          <w:color w:val="999999"/>
          <w:sz w:val="20"/>
        </w:rPr>
        <w:t>.........................................................................................................</w:t>
      </w:r>
    </w:p>
    <w:p>
      <w:r>
        <w:rPr>
          <w:color w:val="999999"/>
          <w:sz w:val="20"/>
        </w:rPr>
        <w:t>.........................................................................................................</w:t>
      </w:r>
    </w:p>
    <w:p>
      <w:r>
        <w:rPr>
          <w:b/>
          <w:i w:val="0"/>
          <w:sz w:val="24"/>
        </w:rPr>
        <w:t xml:space="preserve">5. </w:t>
      </w:r>
      <w:r>
        <w:rPr>
          <w:b w:val="0"/>
          <w:i w:val="0"/>
          <w:sz w:val="24"/>
        </w:rPr>
        <w:t>Pourquoi ne faut-il pas brancher la lampe de 6 V sur une tension de 12 V ?</w:t>
      </w:r>
    </w:p>
    <w:p>
      <w:r>
        <w:rPr>
          <w:color w:val="999999"/>
          <w:sz w:val="20"/>
        </w:rPr>
        <w:t>.........................................................................................................</w:t>
      </w:r>
    </w:p>
    <w:p>
      <w:r>
        <w:rPr>
          <w:color w:val="999999"/>
          <w:sz w:val="20"/>
        </w:rPr>
        <w:t>.........................................................................................................</w:t>
      </w:r>
    </w:p>
    <w:p>
      <w:r>
        <w:rPr>
          <w:color w:val="999999"/>
          <w:sz w:val="20"/>
        </w:rPr>
        <w:t>.........................................................................................................</w:t>
      </w:r>
    </w:p>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