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12 — Transmettre une information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Transmettre une information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1.1, 3.1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1.2, 2.1, 2.2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1.3, 2.3, 3.2, 3.3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Le talkie-walkie (8 pts)</w:t>
      </w:r>
    </w:p>
    <w:p>
      <w:pPr>
        <w:spacing w:after="80"/>
      </w:pPr>
      <w:r>
        <w:rPr>
          <w:b w:val="0"/>
          <w:i w:val="0"/>
          <w:sz w:val="24"/>
        </w:rPr>
        <w:t>Deux randonneurs communiquent par talkie-walkie à 2 km l'un de l'autre.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Décris la chaîne de transmission (émetteur, signal, canal, récepteur).</w:t>
      </w:r>
      <w:r>
        <w:rPr>
          <w:b w:val="0"/>
          <w:i w:val="0"/>
          <w:color w:val="3D4A5C"/>
          <w:sz w:val="20"/>
        </w:rPr>
        <w:t xml:space="preserve"> (4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Calcule la durée de propagation du signal (3,0 × 10⁸ m/s).</w:t>
      </w:r>
      <w:r>
        <w:rPr>
          <w:b w:val="0"/>
          <w:i w:val="0"/>
          <w:color w:val="3D4A5C"/>
          <w:sz w:val="20"/>
        </w:rPr>
        <w:t xml:space="preserve"> (3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Pourquoi n'utilise-t-on pas un signal sonore pour communiquer à cette distance ?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Binaire (5 pts)</w:t>
      </w:r>
    </w:p>
    <w:p>
      <w:pPr>
        <w:spacing w:after="80"/>
      </w:pPr>
      <w:r>
        <w:rPr>
          <w:b w:val="0"/>
          <w:i w:val="0"/>
          <w:sz w:val="24"/>
        </w:rPr>
        <w:t>Positions : 128 – 64 – 32 – 16 – 8 – 4 – 2 – 1.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Convertis 00101101 en décimal.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Écris 200 en binaire sur 8 bits.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Combien de valeurs peut-on coder sur 8 bits ?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Analogique, numérique et capteur (7 pts)</w:t>
      </w:r>
    </w:p>
    <w:p>
      <w:pPr>
        <w:spacing w:after="80"/>
      </w:pPr>
      <w:r>
        <w:rPr>
          <w:b w:val="0"/>
          <w:i w:val="0"/>
          <w:sz w:val="24"/>
        </w:rPr>
        <w:t>Un microphone (capteur) délivre un signal électrique qui varie continûment. Un smartphone le mesure 48 000 fois par seconde et code chaque mesure sur 16 bits pour l'envoyer.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Quel est le rôle du microphone ?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Le signal du microphone est-il analogique ou numérique ? Et celui envoyé par le smartphone ?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Calcule le nombre de bits produits en 1 s. Avec un débit de 64 kbit/s (64 000 bit/s) seulement, que faut-il faire ?</w:t>
      </w:r>
      <w:r>
        <w:rPr>
          <w:b w:val="0"/>
          <w:i w:val="0"/>
          <w:color w:val="3D4A5C"/>
          <w:sz w:val="20"/>
        </w:rPr>
        <w:t xml:space="preserve"> (4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