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5 — Acides, bases et pH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Acides, bases et pH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1.1, 1.2, 2.2, 3.1, 3.2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2.3, 3.3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Des solutions à classer (7 pts)</w:t>
      </w:r>
    </w:p>
    <w:p>
      <w:pPr>
        <w:spacing w:after="80"/>
      </w:pPr>
      <w:r>
        <w:rPr>
          <w:b w:val="0"/>
          <w:i w:val="0"/>
          <w:sz w:val="24"/>
        </w:rPr>
        <w:t>pH mesurés : boisson énergisante 3,2 ; eau minérale 7,0 ; nettoyant pour four 13,0 ; shampooing 5,5.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Classe chaque solution : acide, neutre ou basique.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Laquelle contient le plus d'ions HO⁻ par rapport aux ions H⁺ ? Justifie.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Quelle solution nécessite gants et lunettes ? Pourquoi ?</w:t>
      </w:r>
      <w:r>
        <w:rPr>
          <w:b w:val="0"/>
          <w:i w:val="0"/>
          <w:color w:val="3D4A5C"/>
          <w:sz w:val="20"/>
        </w:rPr>
        <w:t xml:space="preserve"> (2 pts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La dilution (8 pts)</w:t>
      </w:r>
    </w:p>
    <w:p>
      <w:pPr>
        <w:spacing w:after="80"/>
      </w:pPr>
      <w:r>
        <w:rPr>
          <w:b w:val="0"/>
          <w:i w:val="0"/>
          <w:sz w:val="24"/>
        </w:rPr>
        <w:t>On dilue 10 fois une solution d'acide chlorhydrique de pH 2,0.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Comment évolue le pH ? Donne sa nouvelle valeur.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On recommence la dilution 6 fois de suite. Le pH peut-il devenir 9 ? Justifie.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Décris le protocole d'une dilution par 10 en citant la verrerie.</w:t>
      </w:r>
      <w:r>
        <w:rPr>
          <w:b w:val="0"/>
          <w:i w:val="0"/>
          <w:color w:val="3D4A5C"/>
          <w:sz w:val="20"/>
        </w:rPr>
        <w:t xml:space="preserve"> (4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Le jardinier (5 pts)</w:t>
      </w:r>
    </w:p>
    <w:p>
      <w:pPr>
        <w:spacing w:after="80"/>
      </w:pPr>
      <w:r>
        <w:rPr>
          <w:b w:val="0"/>
          <w:i w:val="0"/>
          <w:sz w:val="24"/>
        </w:rPr>
        <w:t>Un jardinier mesure le pH de la terre de son potager avec du papier pH : il trouve 5. Les carottes préfèrent un sol de pH compris entre 6 et 7.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Le sol est-il acide, neutre ou basique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Doit-il ajouter un produit acide ou basique ? Justifie.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Quel ion est majoritaire dans l'eau du sol ? Écris sa formule.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